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36C5F" w14:textId="3FE3D55A" w:rsidR="00852CA8" w:rsidRPr="00EF1C43" w:rsidRDefault="00E0556A" w:rsidP="00B03F39">
      <w:pPr>
        <w:adjustRightInd w:val="0"/>
        <w:snapToGrid w:val="0"/>
        <w:spacing w:after="0" w:line="240" w:lineRule="auto"/>
        <w:jc w:val="center"/>
        <w:rPr>
          <w:rFonts w:ascii="ＭＳ 明朝" w:eastAsia="ＭＳ 明朝" w:hAnsi="ＭＳ 明朝"/>
          <w:b/>
          <w:bCs/>
          <w:sz w:val="36"/>
          <w:szCs w:val="36"/>
          <w:lang w:eastAsia="ja-JP"/>
        </w:rPr>
      </w:pPr>
      <w:r w:rsidRPr="00E0556A">
        <w:rPr>
          <w:rFonts w:ascii="ＭＳ 明朝" w:eastAsia="ＭＳ 明朝" w:hAnsi="ＭＳ 明朝"/>
          <w:b/>
          <w:bCs/>
          <w:noProof/>
          <w:sz w:val="36"/>
          <w:szCs w:val="36"/>
          <w:lang w:eastAsia="ja-JP"/>
        </w:rPr>
        <mc:AlternateContent>
          <mc:Choice Requires="wps">
            <w:drawing>
              <wp:anchor distT="45720" distB="45720" distL="114300" distR="114300" simplePos="0" relativeHeight="251659264" behindDoc="1" locked="0" layoutInCell="1" allowOverlap="1" wp14:anchorId="0788AF69" wp14:editId="5723B6B0">
                <wp:simplePos x="0" y="0"/>
                <wp:positionH relativeFrom="margin">
                  <wp:align>right</wp:align>
                </wp:positionH>
                <wp:positionV relativeFrom="paragraph">
                  <wp:posOffset>-386715</wp:posOffset>
                </wp:positionV>
                <wp:extent cx="1104900" cy="352425"/>
                <wp:effectExtent l="0" t="0" r="19050" b="2857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352425"/>
                        </a:xfrm>
                        <a:prstGeom prst="rect">
                          <a:avLst/>
                        </a:prstGeom>
                        <a:solidFill>
                          <a:srgbClr val="FFFFFF"/>
                        </a:solidFill>
                        <a:ln w="22225">
                          <a:solidFill>
                            <a:srgbClr val="0000FF"/>
                          </a:solidFill>
                          <a:miter lim="800000"/>
                          <a:headEnd/>
                          <a:tailEnd/>
                        </a:ln>
                      </wps:spPr>
                      <wps:txbx>
                        <w:txbxContent>
                          <w:p w14:paraId="0A1A5A8D" w14:textId="6F8A5DFE" w:rsidR="00E0556A" w:rsidRPr="00E0556A" w:rsidRDefault="00E0556A" w:rsidP="00E0556A">
                            <w:pPr>
                              <w:jc w:val="center"/>
                              <w:rPr>
                                <w:rFonts w:ascii="HGP創英角ｺﾞｼｯｸUB" w:eastAsia="HGP創英角ｺﾞｼｯｸUB" w:hAnsi="HGP創英角ｺﾞｼｯｸUB"/>
                                <w:color w:val="0000FF"/>
                                <w:sz w:val="28"/>
                                <w:szCs w:val="28"/>
                                <w:lang w:eastAsia="ja-JP"/>
                              </w:rPr>
                            </w:pPr>
                            <w:r w:rsidRPr="00E0556A">
                              <w:rPr>
                                <w:rFonts w:ascii="HGP創英角ｺﾞｼｯｸUB" w:eastAsia="HGP創英角ｺﾞｼｯｸUB" w:hAnsi="HGP創英角ｺﾞｼｯｸUB" w:hint="eastAsia"/>
                                <w:color w:val="0000FF"/>
                                <w:sz w:val="28"/>
                                <w:szCs w:val="28"/>
                              </w:rPr>
                              <w:t>２部</w:t>
                            </w:r>
                            <w:r w:rsidRPr="00E0556A">
                              <w:rPr>
                                <w:rFonts w:ascii="HGP創英角ｺﾞｼｯｸUB" w:eastAsia="HGP創英角ｺﾞｼｯｸUB" w:hAnsi="HGP創英角ｺﾞｼｯｸUB" w:hint="eastAsia"/>
                                <w:color w:val="0000FF"/>
                                <w:sz w:val="28"/>
                                <w:szCs w:val="28"/>
                                <w:lang w:eastAsia="ja-JP"/>
                              </w:rPr>
                              <w:t>提出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88AF69" id="_x0000_t202" coordsize="21600,21600" o:spt="202" path="m,l,21600r21600,l21600,xe">
                <v:stroke joinstyle="miter"/>
                <v:path gradientshapeok="t" o:connecttype="rect"/>
              </v:shapetype>
              <v:shape id="テキスト ボックス 2" o:spid="_x0000_s1026" type="#_x0000_t202" style="position:absolute;left:0;text-align:left;margin-left:35.8pt;margin-top:-30.45pt;width:87pt;height:27.75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" strokecolor="blue" strokeweight="1.75pt">
                <v:textbox>
                  <w:txbxContent>
                    <w:p w14:paraId="0A1A5A8D" w14:textId="6F8A5DFE" w:rsidR="00E0556A" w:rsidRPr="00E0556A" w:rsidRDefault="00E0556A" w:rsidP="00E0556A">
                      <w:pPr>
                        <w:jc w:val="center"/>
                        <w:rPr>
                          <w:rFonts w:ascii="HGP創英角ｺﾞｼｯｸUB" w:eastAsia="HGP創英角ｺﾞｼｯｸUB" w:hAnsi="HGP創英角ｺﾞｼｯｸUB"/>
                          <w:color w:val="0000FF"/>
                          <w:sz w:val="28"/>
                          <w:szCs w:val="28"/>
                          <w:lang w:eastAsia="ja-JP"/>
                        </w:rPr>
                      </w:pPr>
                      <w:r w:rsidRPr="00E0556A">
                        <w:rPr>
                          <w:rFonts w:ascii="HGP創英角ｺﾞｼｯｸUB" w:eastAsia="HGP創英角ｺﾞｼｯｸUB" w:hAnsi="HGP創英角ｺﾞｼｯｸUB" w:hint="eastAsia"/>
                          <w:color w:val="0000FF"/>
                          <w:sz w:val="28"/>
                          <w:szCs w:val="28"/>
                        </w:rPr>
                        <w:t>２部</w:t>
                      </w:r>
                      <w:r w:rsidRPr="00E0556A">
                        <w:rPr>
                          <w:rFonts w:ascii="HGP創英角ｺﾞｼｯｸUB" w:eastAsia="HGP創英角ｺﾞｼｯｸUB" w:hAnsi="HGP創英角ｺﾞｼｯｸUB" w:hint="eastAsia"/>
                          <w:color w:val="0000FF"/>
                          <w:sz w:val="28"/>
                          <w:szCs w:val="28"/>
                          <w:lang w:eastAsia="ja-JP"/>
                        </w:rPr>
                        <w:t>提出</w:t>
                      </w:r>
                    </w:p>
                  </w:txbxContent>
                </v:textbox>
                <w10:wrap anchorx="margin"/>
              </v:shape>
            </w:pict>
          </mc:Fallback>
        </mc:AlternateContent>
      </w:r>
      <w:r w:rsidR="000D1636" w:rsidRPr="00EF1C43">
        <w:rPr>
          <w:rFonts w:ascii="ＭＳ 明朝" w:eastAsia="ＭＳ 明朝" w:hAnsi="ＭＳ 明朝" w:hint="eastAsia"/>
          <w:b/>
          <w:bCs/>
          <w:sz w:val="36"/>
          <w:szCs w:val="36"/>
          <w:lang w:eastAsia="ja-JP"/>
        </w:rPr>
        <w:t>誓 約 書</w:t>
      </w:r>
    </w:p>
    <w:p w14:paraId="7F69E294" w14:textId="77777777" w:rsidR="00B03F39" w:rsidRPr="00EF1C43" w:rsidRDefault="00B03F39" w:rsidP="00B03F39">
      <w:pPr>
        <w:adjustRightInd w:val="0"/>
        <w:snapToGrid w:val="0"/>
        <w:spacing w:after="0" w:line="220" w:lineRule="exact"/>
        <w:jc w:val="center"/>
        <w:rPr>
          <w:rFonts w:ascii="ＭＳ 明朝" w:eastAsia="ＭＳ 明朝" w:hAnsi="ＭＳ 明朝"/>
          <w:sz w:val="21"/>
          <w:szCs w:val="21"/>
          <w:lang w:eastAsia="ja-JP"/>
        </w:rPr>
      </w:pPr>
    </w:p>
    <w:p w14:paraId="6DBE599A" w14:textId="535B96DD" w:rsidR="00852CA8" w:rsidRPr="00EF1C43" w:rsidRDefault="00852CA8" w:rsidP="00B03F39">
      <w:pPr>
        <w:adjustRightInd w:val="0"/>
        <w:snapToGrid w:val="0"/>
        <w:spacing w:after="0" w:line="220" w:lineRule="exact"/>
        <w:jc w:val="center"/>
        <w:rPr>
          <w:rFonts w:ascii="ＭＳ 明朝" w:eastAsia="ＭＳ 明朝" w:hAnsi="ＭＳ 明朝"/>
          <w:sz w:val="21"/>
          <w:szCs w:val="21"/>
          <w:lang w:eastAsia="ja-JP"/>
        </w:rPr>
      </w:pPr>
      <w:r w:rsidRPr="00EF1C43">
        <w:rPr>
          <w:rFonts w:ascii="ＭＳ 明朝" w:eastAsia="ＭＳ 明朝" w:hAnsi="ＭＳ 明朝" w:hint="eastAsia"/>
          <w:sz w:val="21"/>
          <w:szCs w:val="21"/>
          <w:lang w:eastAsia="ja-JP"/>
        </w:rPr>
        <w:t>（農業振興地域整備計画に係る農用地区域からの除外に伴う土地改良施設の保全について）</w:t>
      </w:r>
    </w:p>
    <w:p w14:paraId="3A8059A3" w14:textId="31511262" w:rsidR="00852CA8" w:rsidRPr="00EF1C43" w:rsidRDefault="00852CA8" w:rsidP="00B03F39">
      <w:pPr>
        <w:adjustRightInd w:val="0"/>
        <w:snapToGrid w:val="0"/>
        <w:spacing w:after="0" w:line="220" w:lineRule="exact"/>
        <w:rPr>
          <w:rFonts w:ascii="ＭＳ 明朝" w:eastAsia="ＭＳ 明朝" w:hAnsi="ＭＳ 明朝"/>
          <w:sz w:val="21"/>
          <w:szCs w:val="21"/>
          <w:lang w:eastAsia="ja-JP"/>
        </w:rPr>
      </w:pPr>
    </w:p>
    <w:p w14:paraId="719E7599" w14:textId="64CDC253" w:rsidR="00852CA8" w:rsidRPr="00EF1C43" w:rsidRDefault="000D1636" w:rsidP="00B03F39">
      <w:pPr>
        <w:adjustRightInd w:val="0"/>
        <w:snapToGrid w:val="0"/>
        <w:spacing w:after="0" w:line="220" w:lineRule="exact"/>
        <w:ind w:firstLineChars="100" w:firstLine="210"/>
        <w:rPr>
          <w:rFonts w:ascii="ＭＳ 明朝" w:eastAsia="ＭＳ 明朝" w:hAnsi="ＭＳ 明朝"/>
          <w:sz w:val="21"/>
          <w:szCs w:val="21"/>
          <w:lang w:eastAsia="ja-JP"/>
        </w:rPr>
      </w:pPr>
      <w:r w:rsidRPr="00EF1C43">
        <w:rPr>
          <w:rFonts w:ascii="ＭＳ 明朝" w:eastAsia="ＭＳ 明朝" w:hAnsi="ＭＳ 明朝" w:hint="eastAsia"/>
          <w:sz w:val="21"/>
          <w:szCs w:val="21"/>
          <w:lang w:eastAsia="ja-JP"/>
        </w:rPr>
        <w:t>富士河口湖町長　様</w:t>
      </w:r>
    </w:p>
    <w:p w14:paraId="2722D61A" w14:textId="76AD9071" w:rsidR="000D1636" w:rsidRPr="00EF1C43" w:rsidRDefault="00210F55" w:rsidP="00B03F39">
      <w:pPr>
        <w:adjustRightInd w:val="0"/>
        <w:snapToGrid w:val="0"/>
        <w:spacing w:after="0" w:line="220" w:lineRule="exact"/>
        <w:rPr>
          <w:rFonts w:ascii="ＭＳ 明朝" w:eastAsia="ＭＳ 明朝" w:hAnsi="ＭＳ 明朝"/>
          <w:sz w:val="21"/>
          <w:szCs w:val="21"/>
          <w:lang w:eastAsia="ja-JP"/>
        </w:rPr>
      </w:pPr>
      <w:r>
        <w:rPr>
          <w:rFonts w:ascii="ＭＳ 明朝" w:eastAsia="ＭＳ 明朝" w:hAnsi="ＭＳ 明朝"/>
          <w:sz w:val="21"/>
          <w:szCs w:val="21"/>
          <w:lang w:eastAsia="ja-JP"/>
        </w:rPr>
        <w:t xml:space="preserve">　</w:t>
      </w:r>
      <w:r w:rsidRPr="00210F55">
        <w:rPr>
          <w:rFonts w:ascii="ＭＳ 明朝" w:eastAsia="ＭＳ 明朝" w:hAnsi="ＭＳ 明朝" w:hint="eastAsia"/>
          <w:b/>
          <w:bCs/>
          <w:color w:val="FF0000"/>
          <w:sz w:val="21"/>
          <w:szCs w:val="21"/>
          <w:lang w:eastAsia="ja-JP"/>
        </w:rPr>
        <w:t>【大石・河口】</w:t>
      </w:r>
      <w:r w:rsidRPr="00EF1C43">
        <w:rPr>
          <w:rFonts w:ascii="ＭＳ 明朝" w:eastAsia="ＭＳ 明朝" w:hAnsi="ＭＳ 明朝" w:hint="eastAsia"/>
          <w:sz w:val="21"/>
          <w:szCs w:val="21"/>
          <w:lang w:eastAsia="ja-JP"/>
        </w:rPr>
        <w:t>土地改良区</w:t>
      </w:r>
      <w:r>
        <w:rPr>
          <w:rFonts w:ascii="ＭＳ 明朝" w:eastAsia="ＭＳ 明朝" w:hAnsi="ＭＳ 明朝" w:hint="eastAsia"/>
          <w:sz w:val="21"/>
          <w:szCs w:val="21"/>
          <w:lang w:eastAsia="ja-JP"/>
        </w:rPr>
        <w:t xml:space="preserve">　理事長様</w:t>
      </w:r>
    </w:p>
    <w:p w14:paraId="08B6ED01" w14:textId="77777777" w:rsidR="000D1636" w:rsidRPr="00EF1C43" w:rsidRDefault="000D1636" w:rsidP="00B03F39">
      <w:pPr>
        <w:adjustRightInd w:val="0"/>
        <w:snapToGrid w:val="0"/>
        <w:spacing w:after="0" w:line="220" w:lineRule="exact"/>
        <w:rPr>
          <w:rFonts w:ascii="ＭＳ 明朝" w:eastAsia="ＭＳ 明朝" w:hAnsi="ＭＳ 明朝"/>
          <w:sz w:val="21"/>
          <w:szCs w:val="21"/>
          <w:lang w:eastAsia="ja-JP"/>
        </w:rPr>
      </w:pPr>
    </w:p>
    <w:p w14:paraId="792A4B56" w14:textId="445C92A0" w:rsidR="00852CA8" w:rsidRPr="00EF1C43" w:rsidRDefault="00852CA8" w:rsidP="00B03F39">
      <w:pPr>
        <w:adjustRightInd w:val="0"/>
        <w:snapToGrid w:val="0"/>
        <w:spacing w:after="0" w:line="220" w:lineRule="exact"/>
        <w:rPr>
          <w:rFonts w:ascii="ＭＳ 明朝" w:eastAsia="ＭＳ 明朝" w:hAnsi="ＭＳ 明朝"/>
          <w:sz w:val="21"/>
          <w:szCs w:val="21"/>
          <w:lang w:eastAsia="ja-JP"/>
        </w:rPr>
      </w:pPr>
      <w:r w:rsidRPr="00EF1C43">
        <w:rPr>
          <w:rFonts w:ascii="ＭＳ 明朝" w:eastAsia="ＭＳ 明朝" w:hAnsi="ＭＳ 明朝" w:hint="eastAsia"/>
          <w:sz w:val="21"/>
          <w:szCs w:val="21"/>
          <w:lang w:eastAsia="ja-JP"/>
        </w:rPr>
        <w:t xml:space="preserve">　このたび、下記</w:t>
      </w:r>
      <w:r w:rsidR="00DF303B" w:rsidRPr="00EF1C43">
        <w:rPr>
          <w:rFonts w:ascii="ＭＳ 明朝" w:eastAsia="ＭＳ 明朝" w:hAnsi="ＭＳ 明朝" w:hint="eastAsia"/>
          <w:sz w:val="21"/>
          <w:szCs w:val="21"/>
          <w:lang w:eastAsia="ja-JP"/>
        </w:rPr>
        <w:t>土</w:t>
      </w:r>
      <w:r w:rsidRPr="00EF1C43">
        <w:rPr>
          <w:rFonts w:ascii="ＭＳ 明朝" w:eastAsia="ＭＳ 明朝" w:hAnsi="ＭＳ 明朝" w:hint="eastAsia"/>
          <w:sz w:val="21"/>
          <w:szCs w:val="21"/>
          <w:lang w:eastAsia="ja-JP"/>
        </w:rPr>
        <w:t>地について農業振興地域整備計画における農用地区域からの除外申出を行うにあたり、</w:t>
      </w:r>
      <w:r w:rsidR="00210F55" w:rsidRPr="00210F55">
        <w:rPr>
          <w:rFonts w:ascii="ＭＳ 明朝" w:eastAsia="ＭＳ 明朝" w:hAnsi="ＭＳ 明朝" w:hint="eastAsia"/>
          <w:b/>
          <w:bCs/>
          <w:color w:val="FF0000"/>
          <w:sz w:val="21"/>
          <w:szCs w:val="21"/>
          <w:lang w:eastAsia="ja-JP"/>
        </w:rPr>
        <w:t>【</w:t>
      </w:r>
      <w:r w:rsidR="000D1636" w:rsidRPr="00210F55">
        <w:rPr>
          <w:rFonts w:ascii="ＭＳ 明朝" w:eastAsia="ＭＳ 明朝" w:hAnsi="ＭＳ 明朝" w:hint="eastAsia"/>
          <w:b/>
          <w:bCs/>
          <w:color w:val="FF0000"/>
          <w:sz w:val="21"/>
          <w:szCs w:val="21"/>
          <w:lang w:eastAsia="ja-JP"/>
        </w:rPr>
        <w:t>大石</w:t>
      </w:r>
      <w:r w:rsidR="00210F55" w:rsidRPr="00210F55">
        <w:rPr>
          <w:rFonts w:ascii="ＭＳ 明朝" w:eastAsia="ＭＳ 明朝" w:hAnsi="ＭＳ 明朝" w:hint="eastAsia"/>
          <w:b/>
          <w:bCs/>
          <w:color w:val="FF0000"/>
          <w:sz w:val="21"/>
          <w:szCs w:val="21"/>
          <w:lang w:eastAsia="ja-JP"/>
        </w:rPr>
        <w:t>・河口】</w:t>
      </w:r>
      <w:r w:rsidRPr="00EF1C43">
        <w:rPr>
          <w:rFonts w:ascii="ＭＳ 明朝" w:eastAsia="ＭＳ 明朝" w:hAnsi="ＭＳ 明朝" w:hint="eastAsia"/>
          <w:sz w:val="21"/>
          <w:szCs w:val="21"/>
          <w:lang w:eastAsia="ja-JP"/>
        </w:rPr>
        <w:t>土地改良区が管理する土地改良施設の保全について、下記事項を遵守することをここに誓約いたします。</w:t>
      </w:r>
    </w:p>
    <w:p w14:paraId="66991B8D" w14:textId="77777777" w:rsidR="00852CA8" w:rsidRPr="00EF1C43" w:rsidRDefault="00852CA8" w:rsidP="00B03F39">
      <w:pPr>
        <w:adjustRightInd w:val="0"/>
        <w:snapToGrid w:val="0"/>
        <w:spacing w:after="0" w:line="220" w:lineRule="exact"/>
        <w:rPr>
          <w:rFonts w:ascii="ＭＳ 明朝" w:eastAsia="ＭＳ 明朝" w:hAnsi="ＭＳ 明朝"/>
          <w:sz w:val="21"/>
          <w:szCs w:val="21"/>
          <w:lang w:eastAsia="ja-JP"/>
        </w:rPr>
      </w:pPr>
    </w:p>
    <w:p w14:paraId="1AC2CD10" w14:textId="11206B9D" w:rsidR="00852CA8" w:rsidRPr="00EF1C43" w:rsidRDefault="00852CA8" w:rsidP="00B03F39">
      <w:pPr>
        <w:adjustRightInd w:val="0"/>
        <w:snapToGrid w:val="0"/>
        <w:spacing w:after="0" w:line="220" w:lineRule="exact"/>
        <w:jc w:val="center"/>
        <w:rPr>
          <w:rFonts w:ascii="ＭＳ 明朝" w:eastAsia="ＭＳ 明朝" w:hAnsi="ＭＳ 明朝"/>
          <w:sz w:val="21"/>
          <w:szCs w:val="21"/>
          <w:lang w:eastAsia="ja-JP"/>
        </w:rPr>
      </w:pPr>
      <w:r w:rsidRPr="00EF1C43">
        <w:rPr>
          <w:rFonts w:ascii="ＭＳ 明朝" w:eastAsia="ＭＳ 明朝" w:hAnsi="ＭＳ 明朝" w:hint="eastAsia"/>
          <w:sz w:val="21"/>
          <w:szCs w:val="21"/>
          <w:lang w:eastAsia="ja-JP"/>
        </w:rPr>
        <w:t>記</w:t>
      </w:r>
    </w:p>
    <w:p w14:paraId="3E419450" w14:textId="095EAABA" w:rsidR="00852CA8" w:rsidRPr="00EF1C43" w:rsidRDefault="00852CA8" w:rsidP="00B03F39">
      <w:pPr>
        <w:adjustRightInd w:val="0"/>
        <w:snapToGrid w:val="0"/>
        <w:spacing w:after="0" w:line="220" w:lineRule="exact"/>
        <w:rPr>
          <w:rFonts w:ascii="ＭＳ 明朝" w:eastAsia="ＭＳ 明朝" w:hAnsi="ＭＳ 明朝"/>
          <w:sz w:val="21"/>
          <w:szCs w:val="21"/>
          <w:lang w:eastAsia="ja-JP"/>
        </w:rPr>
      </w:pPr>
    </w:p>
    <w:p w14:paraId="00814696" w14:textId="7025A5BD" w:rsidR="000D1636" w:rsidRPr="00EF1C43" w:rsidRDefault="000D1636" w:rsidP="00B03F39">
      <w:pPr>
        <w:adjustRightInd w:val="0"/>
        <w:snapToGrid w:val="0"/>
        <w:spacing w:after="0" w:line="220" w:lineRule="exact"/>
        <w:rPr>
          <w:rFonts w:ascii="ＭＳ 明朝" w:eastAsia="ＭＳ 明朝" w:hAnsi="ＭＳ 明朝"/>
          <w:sz w:val="21"/>
          <w:szCs w:val="21"/>
          <w:lang w:eastAsia="ja-JP"/>
        </w:rPr>
      </w:pPr>
      <w:r w:rsidRPr="00EF1C43">
        <w:rPr>
          <w:rFonts w:ascii="ＭＳ 明朝" w:eastAsia="ＭＳ 明朝" w:hAnsi="ＭＳ 明朝" w:hint="eastAsia"/>
          <w:sz w:val="21"/>
          <w:szCs w:val="21"/>
          <w:lang w:eastAsia="ja-JP"/>
        </w:rPr>
        <w:t>第１条（施設への配慮）</w:t>
      </w:r>
    </w:p>
    <w:p w14:paraId="74E38F0F" w14:textId="5B7D7EB6" w:rsidR="00852CA8" w:rsidRPr="00EF1C43" w:rsidRDefault="00EF1C43" w:rsidP="00B03F39">
      <w:pPr>
        <w:adjustRightInd w:val="0"/>
        <w:snapToGrid w:val="0"/>
        <w:spacing w:after="0" w:line="220" w:lineRule="exact"/>
        <w:ind w:firstLineChars="100" w:firstLine="210"/>
        <w:rPr>
          <w:rFonts w:ascii="ＭＳ 明朝" w:eastAsia="ＭＳ 明朝" w:hAnsi="ＭＳ 明朝"/>
          <w:sz w:val="21"/>
          <w:szCs w:val="21"/>
          <w:lang w:eastAsia="ja-JP"/>
        </w:rPr>
      </w:pPr>
      <w:r w:rsidRPr="00EF1C43">
        <w:rPr>
          <w:rFonts w:ascii="ＭＳ 明朝" w:eastAsia="ＭＳ 明朝" w:hAnsi="ＭＳ 明朝" w:hint="eastAsia"/>
          <w:sz w:val="21"/>
          <w:szCs w:val="21"/>
          <w:lang w:eastAsia="ja-JP"/>
        </w:rPr>
        <w:t>下記</w:t>
      </w:r>
      <w:r w:rsidR="00852CA8" w:rsidRPr="00EF1C43">
        <w:rPr>
          <w:rFonts w:ascii="ＭＳ 明朝" w:eastAsia="ＭＳ 明朝" w:hAnsi="ＭＳ 明朝" w:hint="eastAsia"/>
          <w:sz w:val="21"/>
          <w:szCs w:val="21"/>
          <w:lang w:eastAsia="ja-JP"/>
        </w:rPr>
        <w:t>土地の転用及びこれに伴う造成、建築その他の行為にあたっては、用水路、排水路、農道その他</w:t>
      </w:r>
      <w:r w:rsidRPr="00EF1C43">
        <w:rPr>
          <w:rFonts w:ascii="ＭＳ 明朝" w:eastAsia="ＭＳ 明朝" w:hAnsi="ＭＳ 明朝" w:hint="eastAsia"/>
          <w:sz w:val="21"/>
          <w:szCs w:val="21"/>
          <w:lang w:eastAsia="ja-JP"/>
        </w:rPr>
        <w:t>富士河口湖町及び</w:t>
      </w:r>
      <w:r w:rsidR="00210F55" w:rsidRPr="00210F55">
        <w:rPr>
          <w:rFonts w:ascii="ＭＳ 明朝" w:eastAsia="ＭＳ 明朝" w:hAnsi="ＭＳ 明朝" w:hint="eastAsia"/>
          <w:b/>
          <w:bCs/>
          <w:color w:val="FF0000"/>
          <w:sz w:val="21"/>
          <w:szCs w:val="21"/>
          <w:lang w:eastAsia="ja-JP"/>
        </w:rPr>
        <w:t>【大石・河口】</w:t>
      </w:r>
      <w:r w:rsidR="00852CA8" w:rsidRPr="00EF1C43">
        <w:rPr>
          <w:rFonts w:ascii="ＭＳ 明朝" w:eastAsia="ＭＳ 明朝" w:hAnsi="ＭＳ 明朝" w:hint="eastAsia"/>
          <w:sz w:val="21"/>
          <w:szCs w:val="21"/>
          <w:lang w:eastAsia="ja-JP"/>
        </w:rPr>
        <w:t>土地改良区が管理する土地改良施設</w:t>
      </w:r>
      <w:r w:rsidR="000D1636" w:rsidRPr="00EF1C43">
        <w:rPr>
          <w:rFonts w:ascii="ＭＳ 明朝" w:eastAsia="ＭＳ 明朝" w:hAnsi="ＭＳ 明朝" w:hint="eastAsia"/>
          <w:sz w:val="21"/>
          <w:szCs w:val="21"/>
          <w:lang w:eastAsia="ja-JP"/>
        </w:rPr>
        <w:t>やその機能</w:t>
      </w:r>
      <w:r w:rsidR="00852CA8" w:rsidRPr="00EF1C43">
        <w:rPr>
          <w:rFonts w:ascii="ＭＳ 明朝" w:eastAsia="ＭＳ 明朝" w:hAnsi="ＭＳ 明朝" w:hint="eastAsia"/>
          <w:sz w:val="21"/>
          <w:szCs w:val="21"/>
          <w:lang w:eastAsia="ja-JP"/>
        </w:rPr>
        <w:t>に影響を及ぼすことのないよう十分</w:t>
      </w:r>
      <w:r w:rsidR="00B03F39" w:rsidRPr="00EF1C43">
        <w:rPr>
          <w:rFonts w:ascii="ＭＳ 明朝" w:eastAsia="ＭＳ 明朝" w:hAnsi="ＭＳ 明朝" w:hint="eastAsia"/>
          <w:sz w:val="21"/>
          <w:szCs w:val="21"/>
          <w:lang w:eastAsia="ja-JP"/>
        </w:rPr>
        <w:t>に</w:t>
      </w:r>
      <w:r w:rsidR="00852CA8" w:rsidRPr="00EF1C43">
        <w:rPr>
          <w:rFonts w:ascii="ＭＳ 明朝" w:eastAsia="ＭＳ 明朝" w:hAnsi="ＭＳ 明朝" w:hint="eastAsia"/>
          <w:sz w:val="21"/>
          <w:szCs w:val="21"/>
          <w:lang w:eastAsia="ja-JP"/>
        </w:rPr>
        <w:t>配慮し、必要な措置を講じます。</w:t>
      </w:r>
    </w:p>
    <w:p w14:paraId="0E33D971" w14:textId="1E91A301" w:rsidR="00852CA8" w:rsidRPr="00EF1C43" w:rsidRDefault="00852CA8" w:rsidP="00B03F39">
      <w:pPr>
        <w:adjustRightInd w:val="0"/>
        <w:snapToGrid w:val="0"/>
        <w:spacing w:after="0" w:line="220" w:lineRule="exact"/>
        <w:rPr>
          <w:rFonts w:ascii="ＭＳ 明朝" w:eastAsia="ＭＳ 明朝" w:hAnsi="ＭＳ 明朝"/>
          <w:sz w:val="21"/>
          <w:szCs w:val="21"/>
          <w:lang w:eastAsia="ja-JP"/>
        </w:rPr>
      </w:pPr>
    </w:p>
    <w:p w14:paraId="4BE65EA5" w14:textId="36D19B37" w:rsidR="000D1636" w:rsidRPr="00EF1C43" w:rsidRDefault="000D1636" w:rsidP="00B03F39">
      <w:pPr>
        <w:adjustRightInd w:val="0"/>
        <w:snapToGrid w:val="0"/>
        <w:spacing w:after="0" w:line="220" w:lineRule="exact"/>
        <w:rPr>
          <w:rFonts w:ascii="ＭＳ 明朝" w:eastAsia="ＭＳ 明朝" w:hAnsi="ＭＳ 明朝"/>
          <w:sz w:val="21"/>
          <w:szCs w:val="21"/>
          <w:lang w:eastAsia="ja-JP"/>
        </w:rPr>
      </w:pPr>
      <w:r w:rsidRPr="00EF1C43">
        <w:rPr>
          <w:rFonts w:ascii="ＭＳ 明朝" w:eastAsia="ＭＳ 明朝" w:hAnsi="ＭＳ 明朝" w:hint="eastAsia"/>
          <w:sz w:val="21"/>
          <w:szCs w:val="21"/>
          <w:lang w:eastAsia="ja-JP"/>
        </w:rPr>
        <w:t>第２条（事前協議）</w:t>
      </w:r>
    </w:p>
    <w:p w14:paraId="58F43606" w14:textId="6AEF998B" w:rsidR="00852CA8" w:rsidRPr="00EF1C43" w:rsidRDefault="00852CA8" w:rsidP="00B03F39">
      <w:pPr>
        <w:adjustRightInd w:val="0"/>
        <w:snapToGrid w:val="0"/>
        <w:spacing w:after="0" w:line="220" w:lineRule="exact"/>
        <w:ind w:firstLineChars="100" w:firstLine="210"/>
        <w:rPr>
          <w:rFonts w:ascii="ＭＳ 明朝" w:eastAsia="ＭＳ 明朝" w:hAnsi="ＭＳ 明朝"/>
          <w:sz w:val="21"/>
          <w:szCs w:val="21"/>
          <w:lang w:eastAsia="ja-JP"/>
        </w:rPr>
      </w:pPr>
      <w:r w:rsidRPr="00EF1C43">
        <w:rPr>
          <w:rFonts w:ascii="ＭＳ 明朝" w:eastAsia="ＭＳ 明朝" w:hAnsi="ＭＳ 明朝" w:hint="eastAsia"/>
          <w:sz w:val="21"/>
          <w:szCs w:val="21"/>
          <w:lang w:eastAsia="ja-JP"/>
        </w:rPr>
        <w:t>工事等を実施する場合には、事前に</w:t>
      </w:r>
      <w:r w:rsidR="00210F55" w:rsidRPr="00210F55">
        <w:rPr>
          <w:rFonts w:ascii="ＭＳ 明朝" w:eastAsia="ＭＳ 明朝" w:hAnsi="ＭＳ 明朝" w:hint="eastAsia"/>
          <w:b/>
          <w:bCs/>
          <w:color w:val="FF0000"/>
          <w:sz w:val="21"/>
          <w:szCs w:val="21"/>
          <w:lang w:eastAsia="ja-JP"/>
        </w:rPr>
        <w:t>【大石・河口】</w:t>
      </w:r>
      <w:r w:rsidRPr="00EF1C43">
        <w:rPr>
          <w:rFonts w:ascii="ＭＳ 明朝" w:eastAsia="ＭＳ 明朝" w:hAnsi="ＭＳ 明朝" w:hint="eastAsia"/>
          <w:sz w:val="21"/>
          <w:szCs w:val="21"/>
          <w:lang w:eastAsia="ja-JP"/>
        </w:rPr>
        <w:t>土地改良区と協議し、その指示に従います。</w:t>
      </w:r>
    </w:p>
    <w:p w14:paraId="32032EE3" w14:textId="30DED881" w:rsidR="00852CA8" w:rsidRPr="00EF1C43" w:rsidRDefault="00852CA8" w:rsidP="00B03F39">
      <w:pPr>
        <w:adjustRightInd w:val="0"/>
        <w:snapToGrid w:val="0"/>
        <w:spacing w:after="0" w:line="220" w:lineRule="exact"/>
        <w:ind w:left="210" w:hangingChars="100" w:hanging="210"/>
        <w:rPr>
          <w:rFonts w:ascii="ＭＳ 明朝" w:eastAsia="ＭＳ 明朝" w:hAnsi="ＭＳ 明朝"/>
          <w:sz w:val="21"/>
          <w:szCs w:val="21"/>
          <w:lang w:eastAsia="ja-JP"/>
        </w:rPr>
      </w:pPr>
    </w:p>
    <w:p w14:paraId="7024AB1F" w14:textId="022ED804" w:rsidR="000D1636" w:rsidRPr="00EF1C43" w:rsidRDefault="000D1636" w:rsidP="00B03F39">
      <w:pPr>
        <w:adjustRightInd w:val="0"/>
        <w:snapToGrid w:val="0"/>
        <w:spacing w:after="0" w:line="220" w:lineRule="exact"/>
        <w:ind w:left="210" w:hangingChars="100" w:hanging="210"/>
        <w:rPr>
          <w:rFonts w:ascii="ＭＳ 明朝" w:eastAsia="ＭＳ 明朝" w:hAnsi="ＭＳ 明朝"/>
          <w:sz w:val="21"/>
          <w:szCs w:val="21"/>
          <w:lang w:eastAsia="ja-JP"/>
        </w:rPr>
      </w:pPr>
      <w:r w:rsidRPr="00EF1C43">
        <w:rPr>
          <w:rFonts w:ascii="ＭＳ 明朝" w:eastAsia="ＭＳ 明朝" w:hAnsi="ＭＳ 明朝" w:hint="eastAsia"/>
          <w:sz w:val="21"/>
          <w:szCs w:val="21"/>
          <w:lang w:eastAsia="ja-JP"/>
        </w:rPr>
        <w:t>第３条（損傷時の対応）</w:t>
      </w:r>
    </w:p>
    <w:p w14:paraId="2BC95C86" w14:textId="453D28AE" w:rsidR="00852CA8" w:rsidRPr="00EF1C43" w:rsidRDefault="00EF1C43" w:rsidP="00B03F39">
      <w:pPr>
        <w:adjustRightInd w:val="0"/>
        <w:snapToGrid w:val="0"/>
        <w:spacing w:after="0" w:line="220" w:lineRule="exact"/>
        <w:ind w:firstLineChars="100" w:firstLine="210"/>
        <w:rPr>
          <w:rFonts w:ascii="ＭＳ 明朝" w:eastAsia="ＭＳ 明朝" w:hAnsi="ＭＳ 明朝"/>
          <w:sz w:val="21"/>
          <w:szCs w:val="21"/>
          <w:lang w:eastAsia="ja-JP"/>
        </w:rPr>
      </w:pPr>
      <w:r w:rsidRPr="00EF1C43">
        <w:rPr>
          <w:rFonts w:ascii="ＭＳ 明朝" w:eastAsia="ＭＳ 明朝" w:hAnsi="ＭＳ 明朝" w:hint="eastAsia"/>
          <w:sz w:val="21"/>
          <w:szCs w:val="21"/>
          <w:lang w:eastAsia="ja-JP"/>
        </w:rPr>
        <w:t>下記</w:t>
      </w:r>
      <w:r w:rsidR="00852CA8" w:rsidRPr="00EF1C43">
        <w:rPr>
          <w:rFonts w:ascii="ＭＳ 明朝" w:eastAsia="ＭＳ 明朝" w:hAnsi="ＭＳ 明朝" w:hint="eastAsia"/>
          <w:sz w:val="21"/>
          <w:szCs w:val="21"/>
          <w:lang w:eastAsia="ja-JP"/>
        </w:rPr>
        <w:t>土地の転用又は工事等により、土地改良施設に損傷、機能低下その他の支障が生じた場合には、</w:t>
      </w:r>
      <w:r w:rsidR="00B03F39" w:rsidRPr="00EF1C43">
        <w:rPr>
          <w:rFonts w:ascii="ＭＳ 明朝" w:eastAsia="ＭＳ 明朝" w:hAnsi="ＭＳ 明朝" w:hint="eastAsia"/>
          <w:sz w:val="21"/>
          <w:szCs w:val="21"/>
          <w:lang w:eastAsia="ja-JP"/>
        </w:rPr>
        <w:t>その</w:t>
      </w:r>
      <w:r w:rsidR="000D1636" w:rsidRPr="00EF1C43">
        <w:rPr>
          <w:rFonts w:ascii="ＭＳ 明朝" w:eastAsia="ＭＳ 明朝" w:hAnsi="ＭＳ 明朝" w:hint="eastAsia"/>
          <w:sz w:val="21"/>
          <w:szCs w:val="21"/>
          <w:lang w:eastAsia="ja-JP"/>
        </w:rPr>
        <w:t>一切を</w:t>
      </w:r>
      <w:r w:rsidR="00852CA8" w:rsidRPr="00EF1C43">
        <w:rPr>
          <w:rFonts w:ascii="ＭＳ 明朝" w:eastAsia="ＭＳ 明朝" w:hAnsi="ＭＳ 明朝" w:hint="eastAsia"/>
          <w:sz w:val="21"/>
          <w:szCs w:val="21"/>
          <w:lang w:eastAsia="ja-JP"/>
        </w:rPr>
        <w:t>申出者及び転用事業者の責任において速やかに原状回復その他必要な措置を講じ</w:t>
      </w:r>
      <w:r w:rsidR="00B03F39" w:rsidRPr="00EF1C43">
        <w:rPr>
          <w:rFonts w:ascii="ＭＳ 明朝" w:eastAsia="ＭＳ 明朝" w:hAnsi="ＭＳ 明朝" w:hint="eastAsia"/>
          <w:sz w:val="21"/>
          <w:szCs w:val="21"/>
          <w:lang w:eastAsia="ja-JP"/>
        </w:rPr>
        <w:t>、</w:t>
      </w:r>
      <w:r w:rsidR="000D1636" w:rsidRPr="00EF1C43">
        <w:rPr>
          <w:rFonts w:ascii="ＭＳ 明朝" w:eastAsia="ＭＳ 明朝" w:hAnsi="ＭＳ 明朝" w:hint="eastAsia"/>
          <w:sz w:val="21"/>
          <w:szCs w:val="21"/>
          <w:lang w:eastAsia="ja-JP"/>
        </w:rPr>
        <w:t>解決いたします。</w:t>
      </w:r>
    </w:p>
    <w:p w14:paraId="5BE4EFE8" w14:textId="1567D075" w:rsidR="00852CA8" w:rsidRPr="00EF1C43" w:rsidRDefault="00852CA8" w:rsidP="00B03F39">
      <w:pPr>
        <w:adjustRightInd w:val="0"/>
        <w:snapToGrid w:val="0"/>
        <w:spacing w:after="0" w:line="220" w:lineRule="exact"/>
        <w:ind w:left="210" w:hangingChars="100" w:hanging="210"/>
        <w:rPr>
          <w:rFonts w:ascii="ＭＳ 明朝" w:eastAsia="ＭＳ 明朝" w:hAnsi="ＭＳ 明朝"/>
          <w:sz w:val="21"/>
          <w:szCs w:val="21"/>
          <w:lang w:eastAsia="ja-JP"/>
        </w:rPr>
      </w:pPr>
    </w:p>
    <w:p w14:paraId="4AB4D412" w14:textId="16389FE4" w:rsidR="000D1636" w:rsidRPr="00EF1C43" w:rsidRDefault="000D1636" w:rsidP="00B03F39">
      <w:pPr>
        <w:adjustRightInd w:val="0"/>
        <w:snapToGrid w:val="0"/>
        <w:spacing w:after="0" w:line="220" w:lineRule="exact"/>
        <w:ind w:left="210" w:hangingChars="100" w:hanging="210"/>
        <w:rPr>
          <w:rFonts w:ascii="ＭＳ 明朝" w:eastAsia="ＭＳ 明朝" w:hAnsi="ＭＳ 明朝"/>
          <w:sz w:val="21"/>
          <w:szCs w:val="21"/>
          <w:lang w:eastAsia="ja-JP"/>
        </w:rPr>
      </w:pPr>
      <w:r w:rsidRPr="00EF1C43">
        <w:rPr>
          <w:rFonts w:ascii="ＭＳ 明朝" w:eastAsia="ＭＳ 明朝" w:hAnsi="ＭＳ 明朝" w:hint="eastAsia"/>
          <w:sz w:val="21"/>
          <w:szCs w:val="21"/>
          <w:lang w:eastAsia="ja-JP"/>
        </w:rPr>
        <w:t>第４条（費用負担）</w:t>
      </w:r>
    </w:p>
    <w:p w14:paraId="66EF3A13" w14:textId="71A28120" w:rsidR="00852CA8" w:rsidRPr="00EF1C43" w:rsidRDefault="00852CA8" w:rsidP="00B03F39">
      <w:pPr>
        <w:adjustRightInd w:val="0"/>
        <w:snapToGrid w:val="0"/>
        <w:spacing w:after="0" w:line="220" w:lineRule="exact"/>
        <w:ind w:leftChars="100" w:left="220"/>
        <w:rPr>
          <w:rFonts w:ascii="ＭＳ 明朝" w:eastAsia="ＭＳ 明朝" w:hAnsi="ＭＳ 明朝"/>
          <w:sz w:val="21"/>
          <w:szCs w:val="21"/>
          <w:lang w:eastAsia="ja-JP"/>
        </w:rPr>
      </w:pPr>
      <w:r w:rsidRPr="00EF1C43">
        <w:rPr>
          <w:rFonts w:ascii="ＭＳ 明朝" w:eastAsia="ＭＳ 明朝" w:hAnsi="ＭＳ 明朝" w:hint="eastAsia"/>
          <w:sz w:val="21"/>
          <w:szCs w:val="21"/>
          <w:lang w:eastAsia="ja-JP"/>
        </w:rPr>
        <w:t>前</w:t>
      </w:r>
      <w:r w:rsidR="00EF1C43" w:rsidRPr="00EF1C43">
        <w:rPr>
          <w:rFonts w:ascii="ＭＳ 明朝" w:eastAsia="ＭＳ 明朝" w:hAnsi="ＭＳ 明朝" w:hint="eastAsia"/>
          <w:sz w:val="21"/>
          <w:szCs w:val="21"/>
          <w:lang w:eastAsia="ja-JP"/>
        </w:rPr>
        <w:t>条</w:t>
      </w:r>
      <w:r w:rsidRPr="00EF1C43">
        <w:rPr>
          <w:rFonts w:ascii="ＭＳ 明朝" w:eastAsia="ＭＳ 明朝" w:hAnsi="ＭＳ 明朝" w:hint="eastAsia"/>
          <w:sz w:val="21"/>
          <w:szCs w:val="21"/>
          <w:lang w:eastAsia="ja-JP"/>
        </w:rPr>
        <w:t>に要する費用については、その一切を申出者及び転用事業者</w:t>
      </w:r>
      <w:r w:rsidR="00EF1C43" w:rsidRPr="00EF1C43">
        <w:rPr>
          <w:rFonts w:ascii="ＭＳ 明朝" w:eastAsia="ＭＳ 明朝" w:hAnsi="ＭＳ 明朝" w:hint="eastAsia"/>
          <w:sz w:val="21"/>
          <w:szCs w:val="21"/>
          <w:lang w:eastAsia="ja-JP"/>
        </w:rPr>
        <w:t>が</w:t>
      </w:r>
      <w:r w:rsidRPr="00EF1C43">
        <w:rPr>
          <w:rFonts w:ascii="ＭＳ 明朝" w:eastAsia="ＭＳ 明朝" w:hAnsi="ＭＳ 明朝" w:hint="eastAsia"/>
          <w:sz w:val="21"/>
          <w:szCs w:val="21"/>
          <w:lang w:eastAsia="ja-JP"/>
        </w:rPr>
        <w:t>負担</w:t>
      </w:r>
      <w:r w:rsidR="00DF303B" w:rsidRPr="00EF1C43">
        <w:rPr>
          <w:rFonts w:ascii="ＭＳ 明朝" w:eastAsia="ＭＳ 明朝" w:hAnsi="ＭＳ 明朝" w:hint="eastAsia"/>
          <w:sz w:val="21"/>
          <w:szCs w:val="21"/>
          <w:lang w:eastAsia="ja-JP"/>
        </w:rPr>
        <w:t>いた</w:t>
      </w:r>
      <w:r w:rsidRPr="00EF1C43">
        <w:rPr>
          <w:rFonts w:ascii="ＭＳ 明朝" w:eastAsia="ＭＳ 明朝" w:hAnsi="ＭＳ 明朝" w:hint="eastAsia"/>
          <w:sz w:val="21"/>
          <w:szCs w:val="21"/>
          <w:lang w:eastAsia="ja-JP"/>
        </w:rPr>
        <w:t>し</w:t>
      </w:r>
      <w:r w:rsidR="000D1636" w:rsidRPr="00EF1C43">
        <w:rPr>
          <w:rFonts w:ascii="ＭＳ 明朝" w:eastAsia="ＭＳ 明朝" w:hAnsi="ＭＳ 明朝" w:hint="eastAsia"/>
          <w:sz w:val="21"/>
          <w:szCs w:val="21"/>
          <w:lang w:eastAsia="ja-JP"/>
        </w:rPr>
        <w:t>ます</w:t>
      </w:r>
      <w:r w:rsidRPr="00EF1C43">
        <w:rPr>
          <w:rFonts w:ascii="ＭＳ 明朝" w:eastAsia="ＭＳ 明朝" w:hAnsi="ＭＳ 明朝" w:hint="eastAsia"/>
          <w:sz w:val="21"/>
          <w:szCs w:val="21"/>
          <w:lang w:eastAsia="ja-JP"/>
        </w:rPr>
        <w:t>。</w:t>
      </w:r>
    </w:p>
    <w:p w14:paraId="0D938F6E" w14:textId="5D7867B1" w:rsidR="00852CA8" w:rsidRPr="00EF1C43" w:rsidRDefault="00852CA8" w:rsidP="00B03F39">
      <w:pPr>
        <w:adjustRightInd w:val="0"/>
        <w:snapToGrid w:val="0"/>
        <w:spacing w:after="0" w:line="220" w:lineRule="exact"/>
        <w:rPr>
          <w:rFonts w:ascii="ＭＳ 明朝" w:eastAsia="ＭＳ 明朝" w:hAnsi="ＭＳ 明朝"/>
          <w:sz w:val="21"/>
          <w:szCs w:val="21"/>
          <w:lang w:eastAsia="ja-JP"/>
        </w:rPr>
      </w:pPr>
    </w:p>
    <w:p w14:paraId="74D2E6F1" w14:textId="105CF731" w:rsidR="000D1636" w:rsidRPr="00EF1C43" w:rsidRDefault="000D1636" w:rsidP="00B03F39">
      <w:pPr>
        <w:adjustRightInd w:val="0"/>
        <w:snapToGrid w:val="0"/>
        <w:spacing w:after="0" w:line="220" w:lineRule="exact"/>
        <w:rPr>
          <w:rFonts w:ascii="ＭＳ 明朝" w:eastAsia="ＭＳ 明朝" w:hAnsi="ＭＳ 明朝"/>
          <w:sz w:val="21"/>
          <w:szCs w:val="21"/>
          <w:lang w:eastAsia="ja-JP"/>
        </w:rPr>
      </w:pPr>
      <w:r w:rsidRPr="00EF1C43">
        <w:rPr>
          <w:rFonts w:ascii="ＭＳ 明朝" w:eastAsia="ＭＳ 明朝" w:hAnsi="ＭＳ 明朝" w:hint="eastAsia"/>
          <w:sz w:val="21"/>
          <w:szCs w:val="21"/>
          <w:lang w:eastAsia="ja-JP"/>
        </w:rPr>
        <w:t>第</w:t>
      </w:r>
      <w:r w:rsidR="00B03F39" w:rsidRPr="00EF1C43">
        <w:rPr>
          <w:rFonts w:ascii="ＭＳ 明朝" w:eastAsia="ＭＳ 明朝" w:hAnsi="ＭＳ 明朝" w:hint="eastAsia"/>
          <w:sz w:val="21"/>
          <w:szCs w:val="21"/>
          <w:lang w:eastAsia="ja-JP"/>
        </w:rPr>
        <w:t>５</w:t>
      </w:r>
      <w:r w:rsidRPr="00EF1C43">
        <w:rPr>
          <w:rFonts w:ascii="ＭＳ 明朝" w:eastAsia="ＭＳ 明朝" w:hAnsi="ＭＳ 明朝" w:hint="eastAsia"/>
          <w:sz w:val="21"/>
          <w:szCs w:val="21"/>
          <w:lang w:eastAsia="ja-JP"/>
        </w:rPr>
        <w:t>条（訴訟等の法的手続き）</w:t>
      </w:r>
    </w:p>
    <w:p w14:paraId="59F29EF0" w14:textId="768A621C" w:rsidR="000D1636" w:rsidRPr="00EF1C43" w:rsidRDefault="000D1636" w:rsidP="00B03F39">
      <w:pPr>
        <w:adjustRightInd w:val="0"/>
        <w:snapToGrid w:val="0"/>
        <w:spacing w:after="0" w:line="220" w:lineRule="exact"/>
        <w:ind w:firstLineChars="100" w:firstLine="210"/>
        <w:rPr>
          <w:rFonts w:ascii="ＭＳ 明朝" w:eastAsia="ＭＳ 明朝" w:hAnsi="ＭＳ 明朝"/>
          <w:sz w:val="21"/>
          <w:szCs w:val="21"/>
          <w:lang w:eastAsia="ja-JP"/>
        </w:rPr>
      </w:pPr>
      <w:r w:rsidRPr="00EF1C43">
        <w:rPr>
          <w:rFonts w:ascii="ＭＳ 明朝" w:eastAsia="ＭＳ 明朝" w:hAnsi="ＭＳ 明朝" w:hint="eastAsia"/>
          <w:sz w:val="21"/>
          <w:szCs w:val="21"/>
          <w:lang w:eastAsia="ja-JP"/>
        </w:rPr>
        <w:t>本件に関して訴訟、調停、仲裁その他の法的手続きが生じた場合</w:t>
      </w:r>
      <w:r w:rsidR="00B03F39" w:rsidRPr="00EF1C43">
        <w:rPr>
          <w:rFonts w:ascii="ＭＳ 明朝" w:eastAsia="ＭＳ 明朝" w:hAnsi="ＭＳ 明朝" w:hint="eastAsia"/>
          <w:sz w:val="21"/>
          <w:szCs w:val="21"/>
          <w:lang w:eastAsia="ja-JP"/>
        </w:rPr>
        <w:t>は</w:t>
      </w:r>
      <w:r w:rsidRPr="00EF1C43">
        <w:rPr>
          <w:rFonts w:ascii="ＭＳ 明朝" w:eastAsia="ＭＳ 明朝" w:hAnsi="ＭＳ 明朝" w:hint="eastAsia"/>
          <w:sz w:val="21"/>
          <w:szCs w:val="21"/>
          <w:lang w:eastAsia="ja-JP"/>
        </w:rPr>
        <w:t>、申出者及び転用事業者は自己の費用と責任において対応し、</w:t>
      </w:r>
      <w:r w:rsidR="00EF1C43" w:rsidRPr="00EF1C43">
        <w:rPr>
          <w:rFonts w:ascii="ＭＳ 明朝" w:eastAsia="ＭＳ 明朝" w:hAnsi="ＭＳ 明朝" w:hint="eastAsia"/>
          <w:sz w:val="21"/>
          <w:szCs w:val="21"/>
          <w:lang w:eastAsia="ja-JP"/>
        </w:rPr>
        <w:t>富士河口湖町及び</w:t>
      </w:r>
      <w:r w:rsidR="00210F55" w:rsidRPr="00210F55">
        <w:rPr>
          <w:rFonts w:ascii="ＭＳ 明朝" w:eastAsia="ＭＳ 明朝" w:hAnsi="ＭＳ 明朝" w:hint="eastAsia"/>
          <w:b/>
          <w:bCs/>
          <w:color w:val="FF0000"/>
          <w:sz w:val="21"/>
          <w:szCs w:val="21"/>
          <w:lang w:eastAsia="ja-JP"/>
        </w:rPr>
        <w:t>【大石・河口】</w:t>
      </w:r>
      <w:r w:rsidRPr="00EF1C43">
        <w:rPr>
          <w:rFonts w:ascii="ＭＳ 明朝" w:eastAsia="ＭＳ 明朝" w:hAnsi="ＭＳ 明朝" w:hint="eastAsia"/>
          <w:sz w:val="21"/>
          <w:szCs w:val="21"/>
          <w:lang w:eastAsia="ja-JP"/>
        </w:rPr>
        <w:t>土地改良区に一切の負担、義務、責任を及ぼさず、全て自己において解決いたします。</w:t>
      </w:r>
    </w:p>
    <w:p w14:paraId="37475A46" w14:textId="6467A072" w:rsidR="000D1636" w:rsidRPr="00EF1C43" w:rsidRDefault="000D1636" w:rsidP="00B03F39">
      <w:pPr>
        <w:adjustRightInd w:val="0"/>
        <w:snapToGrid w:val="0"/>
        <w:spacing w:after="0" w:line="220" w:lineRule="exact"/>
        <w:rPr>
          <w:rFonts w:ascii="ＭＳ 明朝" w:eastAsia="ＭＳ 明朝" w:hAnsi="ＭＳ 明朝"/>
          <w:sz w:val="21"/>
          <w:szCs w:val="21"/>
          <w:lang w:eastAsia="ja-JP"/>
        </w:rPr>
      </w:pPr>
    </w:p>
    <w:p w14:paraId="20D451B1" w14:textId="149DC0CE" w:rsidR="000D1636" w:rsidRPr="00EF1C43" w:rsidRDefault="000D1636" w:rsidP="00B03F39">
      <w:pPr>
        <w:adjustRightInd w:val="0"/>
        <w:snapToGrid w:val="0"/>
        <w:spacing w:after="0" w:line="220" w:lineRule="exact"/>
        <w:rPr>
          <w:rFonts w:ascii="ＭＳ 明朝" w:eastAsia="ＭＳ 明朝" w:hAnsi="ＭＳ 明朝"/>
          <w:sz w:val="21"/>
          <w:szCs w:val="21"/>
          <w:lang w:eastAsia="ja-JP"/>
        </w:rPr>
      </w:pPr>
      <w:r w:rsidRPr="00EF1C43">
        <w:rPr>
          <w:rFonts w:ascii="ＭＳ 明朝" w:eastAsia="ＭＳ 明朝" w:hAnsi="ＭＳ 明朝" w:hint="eastAsia"/>
          <w:sz w:val="21"/>
          <w:szCs w:val="21"/>
          <w:lang w:eastAsia="ja-JP"/>
        </w:rPr>
        <w:t>第６条（協議解決）</w:t>
      </w:r>
    </w:p>
    <w:p w14:paraId="0293C9FE" w14:textId="2C662EFE" w:rsidR="00852CA8" w:rsidRPr="00EF1C43" w:rsidRDefault="00852CA8" w:rsidP="00B03F39">
      <w:pPr>
        <w:adjustRightInd w:val="0"/>
        <w:snapToGrid w:val="0"/>
        <w:spacing w:after="0" w:line="220" w:lineRule="exact"/>
        <w:ind w:firstLineChars="100" w:firstLine="210"/>
        <w:rPr>
          <w:rFonts w:ascii="ＭＳ 明朝" w:eastAsia="ＭＳ 明朝" w:hAnsi="ＭＳ 明朝"/>
          <w:sz w:val="21"/>
          <w:szCs w:val="21"/>
          <w:lang w:eastAsia="ja-JP"/>
        </w:rPr>
      </w:pPr>
      <w:r w:rsidRPr="00EF1C43">
        <w:rPr>
          <w:rFonts w:ascii="ＭＳ 明朝" w:eastAsia="ＭＳ 明朝" w:hAnsi="ＭＳ 明朝" w:hint="eastAsia"/>
          <w:sz w:val="21"/>
          <w:szCs w:val="21"/>
          <w:lang w:eastAsia="ja-JP"/>
        </w:rPr>
        <w:t>本件に関し疑義が生じた場合には、誠意をもって協議のうえ解決いたします。</w:t>
      </w:r>
    </w:p>
    <w:p w14:paraId="78E9FA4C" w14:textId="7602089C" w:rsidR="007859A0" w:rsidRPr="00EF1C43" w:rsidRDefault="007859A0" w:rsidP="00B03F39">
      <w:pPr>
        <w:adjustRightInd w:val="0"/>
        <w:snapToGrid w:val="0"/>
        <w:spacing w:after="0" w:line="220" w:lineRule="exact"/>
        <w:rPr>
          <w:rFonts w:ascii="ＭＳ 明朝" w:eastAsia="ＭＳ 明朝" w:hAnsi="ＭＳ 明朝"/>
          <w:sz w:val="21"/>
          <w:szCs w:val="21"/>
          <w:lang w:eastAsia="ja-JP"/>
        </w:rPr>
      </w:pPr>
    </w:p>
    <w:p w14:paraId="4485A3CC" w14:textId="7BD89BF4" w:rsidR="007859A0" w:rsidRPr="00EF1C43" w:rsidRDefault="007859A0" w:rsidP="00B03F39">
      <w:pPr>
        <w:adjustRightInd w:val="0"/>
        <w:snapToGrid w:val="0"/>
        <w:spacing w:after="0" w:line="220" w:lineRule="exact"/>
        <w:rPr>
          <w:rFonts w:ascii="ＭＳ 明朝" w:eastAsia="ＭＳ 明朝" w:hAnsi="ＭＳ 明朝"/>
          <w:sz w:val="21"/>
          <w:szCs w:val="21"/>
          <w:lang w:eastAsia="ja-JP"/>
        </w:rPr>
      </w:pPr>
    </w:p>
    <w:p w14:paraId="1B1D4068" w14:textId="02C84DC0" w:rsidR="00852CA8" w:rsidRPr="00EF1C43" w:rsidRDefault="003124D4" w:rsidP="00B03F39">
      <w:pPr>
        <w:adjustRightInd w:val="0"/>
        <w:snapToGrid w:val="0"/>
        <w:spacing w:after="0" w:line="220" w:lineRule="exact"/>
        <w:ind w:firstLineChars="100" w:firstLine="210"/>
        <w:rPr>
          <w:rFonts w:ascii="ＭＳ 明朝" w:eastAsia="ＭＳ 明朝" w:hAnsi="ＭＳ 明朝"/>
          <w:sz w:val="21"/>
          <w:szCs w:val="21"/>
        </w:rPr>
      </w:pPr>
      <w:r w:rsidRPr="00EF1C43">
        <w:rPr>
          <w:rFonts w:ascii="ＭＳ 明朝" w:eastAsia="ＭＳ 明朝" w:hAnsi="ＭＳ 明朝" w:hint="eastAsia"/>
          <w:sz w:val="21"/>
          <w:szCs w:val="21"/>
          <w:lang w:eastAsia="ja-JP"/>
        </w:rPr>
        <w:t>申出地</w:t>
      </w:r>
    </w:p>
    <w:p w14:paraId="494DBBF1" w14:textId="4517A500" w:rsidR="00852CA8" w:rsidRPr="00EF1C43" w:rsidRDefault="00852CA8" w:rsidP="00B03F39">
      <w:pPr>
        <w:adjustRightInd w:val="0"/>
        <w:snapToGrid w:val="0"/>
        <w:spacing w:after="0" w:line="220" w:lineRule="exact"/>
        <w:ind w:firstLineChars="100" w:firstLine="210"/>
        <w:rPr>
          <w:rFonts w:ascii="ＭＳ 明朝" w:eastAsia="ＭＳ 明朝" w:hAnsi="ＭＳ 明朝"/>
          <w:sz w:val="21"/>
          <w:szCs w:val="21"/>
          <w:lang w:eastAsia="ja-JP"/>
        </w:rPr>
      </w:pPr>
      <w:r w:rsidRPr="00EF1C43">
        <w:rPr>
          <w:rFonts w:ascii="ＭＳ 明朝" w:eastAsia="ＭＳ 明朝" w:hAnsi="ＭＳ 明朝" w:hint="eastAsia"/>
          <w:sz w:val="21"/>
          <w:szCs w:val="21"/>
          <w:lang w:eastAsia="ja-JP"/>
        </w:rPr>
        <w:t>所在地：　山梨県南都留郡富士河口湖町</w:t>
      </w:r>
      <w:r w:rsidR="00210F55">
        <w:rPr>
          <w:rFonts w:ascii="ＭＳ 明朝" w:eastAsia="ＭＳ 明朝" w:hAnsi="ＭＳ 明朝" w:hint="eastAsia"/>
          <w:sz w:val="21"/>
          <w:szCs w:val="21"/>
          <w:lang w:eastAsia="ja-JP"/>
        </w:rPr>
        <w:t>（地区名（字名）番地</w:t>
      </w:r>
    </w:p>
    <w:p w14:paraId="462FE8CA" w14:textId="0E538A5A" w:rsidR="00852CA8" w:rsidRPr="00EF1C43" w:rsidRDefault="00852CA8" w:rsidP="00B03F39">
      <w:pPr>
        <w:adjustRightInd w:val="0"/>
        <w:snapToGrid w:val="0"/>
        <w:spacing w:after="0" w:line="220" w:lineRule="exact"/>
        <w:ind w:firstLineChars="100" w:firstLine="210"/>
        <w:rPr>
          <w:rFonts w:ascii="ＭＳ 明朝" w:eastAsia="ＭＳ 明朝" w:hAnsi="ＭＳ 明朝"/>
          <w:sz w:val="21"/>
          <w:szCs w:val="21"/>
        </w:rPr>
      </w:pPr>
      <w:r w:rsidRPr="00EF1C43">
        <w:rPr>
          <w:rFonts w:ascii="ＭＳ 明朝" w:eastAsia="ＭＳ 明朝" w:hAnsi="ＭＳ 明朝" w:hint="eastAsia"/>
          <w:sz w:val="21"/>
          <w:szCs w:val="21"/>
        </w:rPr>
        <w:t>地　目</w:t>
      </w:r>
      <w:r w:rsidRPr="00EF1C43">
        <w:rPr>
          <w:rFonts w:ascii="ＭＳ 明朝" w:eastAsia="ＭＳ 明朝" w:hAnsi="ＭＳ 明朝" w:hint="eastAsia"/>
          <w:sz w:val="21"/>
          <w:szCs w:val="21"/>
          <w:lang w:eastAsia="ja-JP"/>
        </w:rPr>
        <w:t>：</w:t>
      </w:r>
      <w:r w:rsidRPr="00EF1C43">
        <w:rPr>
          <w:rFonts w:ascii="ＭＳ 明朝" w:eastAsia="ＭＳ 明朝" w:hAnsi="ＭＳ 明朝" w:hint="eastAsia"/>
          <w:sz w:val="21"/>
          <w:szCs w:val="21"/>
        </w:rPr>
        <w:t xml:space="preserve">　</w:t>
      </w:r>
    </w:p>
    <w:p w14:paraId="370257DD" w14:textId="6BB789A2" w:rsidR="00852CA8" w:rsidRPr="00EF1C43" w:rsidRDefault="00852CA8" w:rsidP="00B03F39">
      <w:pPr>
        <w:adjustRightInd w:val="0"/>
        <w:snapToGrid w:val="0"/>
        <w:spacing w:after="0" w:line="220" w:lineRule="exact"/>
        <w:ind w:firstLineChars="100" w:firstLine="210"/>
        <w:rPr>
          <w:rFonts w:ascii="ＭＳ 明朝" w:eastAsia="ＭＳ 明朝" w:hAnsi="ＭＳ 明朝"/>
          <w:sz w:val="21"/>
          <w:szCs w:val="21"/>
        </w:rPr>
      </w:pPr>
      <w:r w:rsidRPr="00EF1C43">
        <w:rPr>
          <w:rFonts w:ascii="ＭＳ 明朝" w:eastAsia="ＭＳ 明朝" w:hAnsi="ＭＳ 明朝" w:hint="eastAsia"/>
          <w:sz w:val="21"/>
          <w:szCs w:val="21"/>
        </w:rPr>
        <w:t>面　積</w:t>
      </w:r>
      <w:r w:rsidRPr="00EF1C43">
        <w:rPr>
          <w:rFonts w:ascii="ＭＳ 明朝" w:eastAsia="ＭＳ 明朝" w:hAnsi="ＭＳ 明朝" w:hint="eastAsia"/>
          <w:sz w:val="21"/>
          <w:szCs w:val="21"/>
          <w:lang w:eastAsia="ja-JP"/>
        </w:rPr>
        <w:t>：</w:t>
      </w:r>
      <w:r w:rsidRPr="00EF1C43">
        <w:rPr>
          <w:rFonts w:ascii="ＭＳ 明朝" w:eastAsia="ＭＳ 明朝" w:hAnsi="ＭＳ 明朝" w:hint="eastAsia"/>
          <w:sz w:val="21"/>
          <w:szCs w:val="21"/>
        </w:rPr>
        <w:t xml:space="preserve">　㎡</w:t>
      </w:r>
    </w:p>
    <w:p w14:paraId="6FF181E3" w14:textId="1B412AD6" w:rsidR="00852CA8" w:rsidRPr="00EF1C43" w:rsidRDefault="00852CA8" w:rsidP="00B03F39">
      <w:pPr>
        <w:adjustRightInd w:val="0"/>
        <w:snapToGrid w:val="0"/>
        <w:spacing w:after="0" w:line="220" w:lineRule="exact"/>
        <w:rPr>
          <w:rFonts w:ascii="ＭＳ 明朝" w:eastAsia="ＭＳ 明朝" w:hAnsi="ＭＳ 明朝"/>
          <w:sz w:val="21"/>
          <w:szCs w:val="21"/>
        </w:rPr>
      </w:pPr>
    </w:p>
    <w:p w14:paraId="0FDEC230" w14:textId="2048E81A" w:rsidR="00852CA8" w:rsidRPr="003A3556" w:rsidRDefault="00852CA8" w:rsidP="00B03F39">
      <w:pPr>
        <w:adjustRightInd w:val="0"/>
        <w:snapToGrid w:val="0"/>
        <w:spacing w:after="0" w:line="220" w:lineRule="exact"/>
        <w:ind w:firstLineChars="100" w:firstLine="211"/>
        <w:rPr>
          <w:rFonts w:ascii="ＭＳ 明朝" w:eastAsia="ＭＳ 明朝" w:hAnsi="ＭＳ 明朝"/>
          <w:b/>
          <w:bCs/>
          <w:color w:val="FF0000"/>
          <w:sz w:val="21"/>
          <w:szCs w:val="21"/>
          <w:lang w:eastAsia="ja-JP"/>
        </w:rPr>
      </w:pPr>
      <w:r w:rsidRPr="003A3556">
        <w:rPr>
          <w:rFonts w:ascii="ＭＳ 明朝" w:eastAsia="ＭＳ 明朝" w:hAnsi="ＭＳ 明朝" w:hint="eastAsia"/>
          <w:b/>
          <w:bCs/>
          <w:color w:val="FF0000"/>
          <w:sz w:val="21"/>
          <w:szCs w:val="21"/>
          <w:lang w:eastAsia="ja-JP"/>
        </w:rPr>
        <w:t>一体利用地</w:t>
      </w:r>
      <w:r w:rsidR="003A3556" w:rsidRPr="003A3556">
        <w:rPr>
          <w:rFonts w:ascii="ＭＳ 明朝" w:eastAsia="ＭＳ 明朝" w:hAnsi="ＭＳ 明朝" w:hint="eastAsia"/>
          <w:b/>
          <w:bCs/>
          <w:color w:val="FF0000"/>
          <w:sz w:val="21"/>
          <w:szCs w:val="21"/>
          <w:lang w:eastAsia="ja-JP"/>
        </w:rPr>
        <w:t>（ない場合は削除）</w:t>
      </w:r>
    </w:p>
    <w:p w14:paraId="23675E54" w14:textId="77777777" w:rsidR="00210F55" w:rsidRPr="00EF1C43" w:rsidRDefault="00852CA8" w:rsidP="00210F55">
      <w:pPr>
        <w:adjustRightInd w:val="0"/>
        <w:snapToGrid w:val="0"/>
        <w:spacing w:after="0" w:line="220" w:lineRule="exact"/>
        <w:ind w:firstLineChars="100" w:firstLine="210"/>
        <w:rPr>
          <w:rFonts w:ascii="ＭＳ 明朝" w:eastAsia="ＭＳ 明朝" w:hAnsi="ＭＳ 明朝"/>
          <w:sz w:val="21"/>
          <w:szCs w:val="21"/>
          <w:lang w:eastAsia="ja-JP"/>
        </w:rPr>
      </w:pPr>
      <w:r w:rsidRPr="00EF1C43">
        <w:rPr>
          <w:rFonts w:ascii="ＭＳ 明朝" w:eastAsia="ＭＳ 明朝" w:hAnsi="ＭＳ 明朝" w:hint="eastAsia"/>
          <w:sz w:val="21"/>
          <w:szCs w:val="21"/>
        </w:rPr>
        <w:t>所在地</w:t>
      </w:r>
      <w:r w:rsidRPr="00EF1C43">
        <w:rPr>
          <w:rFonts w:ascii="ＭＳ 明朝" w:eastAsia="ＭＳ 明朝" w:hAnsi="ＭＳ 明朝" w:hint="eastAsia"/>
          <w:sz w:val="21"/>
          <w:szCs w:val="21"/>
          <w:lang w:eastAsia="ja-JP"/>
        </w:rPr>
        <w:t>：</w:t>
      </w:r>
      <w:r w:rsidRPr="00EF1C43">
        <w:rPr>
          <w:rFonts w:ascii="ＭＳ 明朝" w:eastAsia="ＭＳ 明朝" w:hAnsi="ＭＳ 明朝" w:hint="eastAsia"/>
          <w:sz w:val="21"/>
          <w:szCs w:val="21"/>
        </w:rPr>
        <w:t xml:space="preserve">　</w:t>
      </w:r>
      <w:r w:rsidRPr="00EF1C43">
        <w:rPr>
          <w:rFonts w:ascii="ＭＳ 明朝" w:eastAsia="ＭＳ 明朝" w:hAnsi="ＭＳ 明朝" w:hint="eastAsia"/>
          <w:sz w:val="21"/>
          <w:szCs w:val="21"/>
          <w:lang w:eastAsia="ja-JP"/>
        </w:rPr>
        <w:t>山梨県南都留郡富士河口湖町</w:t>
      </w:r>
      <w:r w:rsidR="00210F55">
        <w:rPr>
          <w:rFonts w:ascii="ＭＳ 明朝" w:eastAsia="ＭＳ 明朝" w:hAnsi="ＭＳ 明朝" w:hint="eastAsia"/>
          <w:sz w:val="21"/>
          <w:szCs w:val="21"/>
          <w:lang w:eastAsia="ja-JP"/>
        </w:rPr>
        <w:t>（地区名（字名）番地</w:t>
      </w:r>
    </w:p>
    <w:p w14:paraId="2517EFED" w14:textId="3DF8DE13" w:rsidR="00852CA8" w:rsidRPr="00EF1C43" w:rsidRDefault="00852CA8" w:rsidP="00B03F39">
      <w:pPr>
        <w:adjustRightInd w:val="0"/>
        <w:snapToGrid w:val="0"/>
        <w:spacing w:after="0" w:line="220" w:lineRule="exact"/>
        <w:ind w:firstLineChars="100" w:firstLine="210"/>
        <w:rPr>
          <w:rFonts w:ascii="ＭＳ 明朝" w:eastAsia="ＭＳ 明朝" w:hAnsi="ＭＳ 明朝"/>
          <w:sz w:val="21"/>
          <w:szCs w:val="21"/>
        </w:rPr>
      </w:pPr>
      <w:r w:rsidRPr="00EF1C43">
        <w:rPr>
          <w:rFonts w:ascii="ＭＳ 明朝" w:eastAsia="ＭＳ 明朝" w:hAnsi="ＭＳ 明朝" w:hint="eastAsia"/>
          <w:sz w:val="21"/>
          <w:szCs w:val="21"/>
        </w:rPr>
        <w:t>地　目</w:t>
      </w:r>
      <w:r w:rsidRPr="00EF1C43">
        <w:rPr>
          <w:rFonts w:ascii="ＭＳ 明朝" w:eastAsia="ＭＳ 明朝" w:hAnsi="ＭＳ 明朝" w:hint="eastAsia"/>
          <w:sz w:val="21"/>
          <w:szCs w:val="21"/>
          <w:lang w:eastAsia="ja-JP"/>
        </w:rPr>
        <w:t>：</w:t>
      </w:r>
      <w:r w:rsidRPr="00EF1C43">
        <w:rPr>
          <w:rFonts w:ascii="ＭＳ 明朝" w:eastAsia="ＭＳ 明朝" w:hAnsi="ＭＳ 明朝" w:hint="eastAsia"/>
          <w:sz w:val="21"/>
          <w:szCs w:val="21"/>
        </w:rPr>
        <w:t xml:space="preserve">　</w:t>
      </w:r>
    </w:p>
    <w:p w14:paraId="225C2D31" w14:textId="5701609B" w:rsidR="00852CA8" w:rsidRPr="00EF1C43" w:rsidRDefault="00852CA8" w:rsidP="00B03F39">
      <w:pPr>
        <w:adjustRightInd w:val="0"/>
        <w:snapToGrid w:val="0"/>
        <w:spacing w:after="0" w:line="220" w:lineRule="exact"/>
        <w:ind w:firstLineChars="100" w:firstLine="210"/>
        <w:rPr>
          <w:rFonts w:ascii="ＭＳ 明朝" w:eastAsia="ＭＳ 明朝" w:hAnsi="ＭＳ 明朝"/>
          <w:sz w:val="21"/>
          <w:szCs w:val="21"/>
        </w:rPr>
      </w:pPr>
      <w:r w:rsidRPr="00EF1C43">
        <w:rPr>
          <w:rFonts w:ascii="ＭＳ 明朝" w:eastAsia="ＭＳ 明朝" w:hAnsi="ＭＳ 明朝" w:hint="eastAsia"/>
          <w:sz w:val="21"/>
          <w:szCs w:val="21"/>
        </w:rPr>
        <w:t>面　積</w:t>
      </w:r>
      <w:r w:rsidRPr="00EF1C43">
        <w:rPr>
          <w:rFonts w:ascii="ＭＳ 明朝" w:eastAsia="ＭＳ 明朝" w:hAnsi="ＭＳ 明朝" w:hint="eastAsia"/>
          <w:sz w:val="21"/>
          <w:szCs w:val="21"/>
          <w:lang w:eastAsia="ja-JP"/>
        </w:rPr>
        <w:t>：</w:t>
      </w:r>
      <w:r w:rsidRPr="00EF1C43">
        <w:rPr>
          <w:rFonts w:ascii="ＭＳ 明朝" w:eastAsia="ＭＳ 明朝" w:hAnsi="ＭＳ 明朝" w:hint="eastAsia"/>
          <w:sz w:val="21"/>
          <w:szCs w:val="21"/>
        </w:rPr>
        <w:t xml:space="preserve">　</w:t>
      </w:r>
      <w:r w:rsidRPr="00EF1C43">
        <w:rPr>
          <w:rFonts w:ascii="ＭＳ 明朝" w:eastAsia="ＭＳ 明朝" w:hAnsi="ＭＳ 明朝" w:hint="eastAsia"/>
          <w:sz w:val="21"/>
          <w:szCs w:val="21"/>
          <w:lang w:eastAsia="ja-JP"/>
        </w:rPr>
        <w:t>㎡</w:t>
      </w:r>
    </w:p>
    <w:p w14:paraId="2E65A867" w14:textId="60A6B904" w:rsidR="00852CA8" w:rsidRPr="00EF1C43" w:rsidRDefault="00852CA8" w:rsidP="00B03F39">
      <w:pPr>
        <w:adjustRightInd w:val="0"/>
        <w:snapToGrid w:val="0"/>
        <w:spacing w:after="0" w:line="220" w:lineRule="exact"/>
        <w:rPr>
          <w:rFonts w:ascii="ＭＳ 明朝" w:eastAsia="ＭＳ 明朝" w:hAnsi="ＭＳ 明朝"/>
          <w:sz w:val="21"/>
          <w:szCs w:val="21"/>
        </w:rPr>
      </w:pPr>
    </w:p>
    <w:p w14:paraId="731E2989" w14:textId="77777777" w:rsidR="00B03F39" w:rsidRPr="00EF1C43" w:rsidRDefault="00B03F39" w:rsidP="00B03F39">
      <w:pPr>
        <w:adjustRightInd w:val="0"/>
        <w:snapToGrid w:val="0"/>
        <w:spacing w:after="0" w:line="220" w:lineRule="exact"/>
        <w:rPr>
          <w:rFonts w:ascii="ＭＳ 明朝" w:eastAsia="ＭＳ 明朝" w:hAnsi="ＭＳ 明朝"/>
          <w:sz w:val="21"/>
          <w:szCs w:val="21"/>
        </w:rPr>
      </w:pPr>
    </w:p>
    <w:p w14:paraId="1F10E20B" w14:textId="7BE8334B" w:rsidR="00852CA8" w:rsidRPr="00EF1C43" w:rsidRDefault="00852CA8" w:rsidP="00B03F39">
      <w:pPr>
        <w:adjustRightInd w:val="0"/>
        <w:snapToGrid w:val="0"/>
        <w:spacing w:after="0" w:line="220" w:lineRule="exact"/>
        <w:ind w:firstLineChars="500" w:firstLine="1050"/>
        <w:rPr>
          <w:rFonts w:ascii="ＭＳ 明朝" w:eastAsia="ＭＳ 明朝" w:hAnsi="ＭＳ 明朝"/>
          <w:sz w:val="21"/>
          <w:szCs w:val="21"/>
        </w:rPr>
      </w:pPr>
      <w:r w:rsidRPr="00EF1C43">
        <w:rPr>
          <w:rFonts w:ascii="ＭＳ 明朝" w:eastAsia="ＭＳ 明朝" w:hAnsi="ＭＳ 明朝" w:hint="eastAsia"/>
          <w:sz w:val="21"/>
          <w:szCs w:val="21"/>
        </w:rPr>
        <w:t>令和</w:t>
      </w:r>
      <w:r w:rsidR="00210F55">
        <w:rPr>
          <w:rFonts w:ascii="ＭＳ 明朝" w:eastAsia="ＭＳ 明朝" w:hAnsi="ＭＳ 明朝" w:hint="eastAsia"/>
          <w:sz w:val="21"/>
          <w:szCs w:val="21"/>
          <w:lang w:eastAsia="ja-JP"/>
        </w:rPr>
        <w:t xml:space="preserve">　　</w:t>
      </w:r>
      <w:r w:rsidR="00C8625E">
        <w:rPr>
          <w:rFonts w:ascii="ＭＳ 明朝" w:eastAsia="ＭＳ 明朝" w:hAnsi="ＭＳ 明朝" w:hint="eastAsia"/>
          <w:sz w:val="21"/>
          <w:szCs w:val="21"/>
          <w:lang w:eastAsia="ja-JP"/>
        </w:rPr>
        <w:t>年</w:t>
      </w:r>
      <w:r w:rsidR="00210F55">
        <w:rPr>
          <w:rFonts w:ascii="ＭＳ 明朝" w:eastAsia="ＭＳ 明朝" w:hAnsi="ＭＳ 明朝" w:hint="eastAsia"/>
          <w:sz w:val="21"/>
          <w:szCs w:val="21"/>
          <w:lang w:eastAsia="ja-JP"/>
        </w:rPr>
        <w:t xml:space="preserve">　　</w:t>
      </w:r>
      <w:r w:rsidRPr="00EF1C43">
        <w:rPr>
          <w:rFonts w:ascii="ＭＳ 明朝" w:eastAsia="ＭＳ 明朝" w:hAnsi="ＭＳ 明朝" w:hint="eastAsia"/>
          <w:sz w:val="21"/>
          <w:szCs w:val="21"/>
        </w:rPr>
        <w:t>月</w:t>
      </w:r>
      <w:r w:rsidR="00210F55">
        <w:rPr>
          <w:rFonts w:ascii="ＭＳ 明朝" w:eastAsia="ＭＳ 明朝" w:hAnsi="ＭＳ 明朝" w:hint="eastAsia"/>
          <w:sz w:val="21"/>
          <w:szCs w:val="21"/>
          <w:lang w:eastAsia="ja-JP"/>
        </w:rPr>
        <w:t xml:space="preserve">　　</w:t>
      </w:r>
      <w:r w:rsidRPr="00EF1C43">
        <w:rPr>
          <w:rFonts w:ascii="ＭＳ 明朝" w:eastAsia="ＭＳ 明朝" w:hAnsi="ＭＳ 明朝" w:hint="eastAsia"/>
          <w:sz w:val="21"/>
          <w:szCs w:val="21"/>
        </w:rPr>
        <w:t>日</w:t>
      </w:r>
    </w:p>
    <w:p w14:paraId="65BC8E25" w14:textId="7CED1B54" w:rsidR="00852CA8" w:rsidRPr="00EF1C43" w:rsidRDefault="00852CA8" w:rsidP="00B03F39">
      <w:pPr>
        <w:adjustRightInd w:val="0"/>
        <w:snapToGrid w:val="0"/>
        <w:spacing w:after="0" w:line="220" w:lineRule="exact"/>
        <w:rPr>
          <w:rFonts w:ascii="ＭＳ 明朝" w:eastAsia="ＭＳ 明朝" w:hAnsi="ＭＳ 明朝"/>
          <w:sz w:val="21"/>
          <w:szCs w:val="21"/>
        </w:rPr>
      </w:pPr>
    </w:p>
    <w:p w14:paraId="0DA60C98" w14:textId="77777777" w:rsidR="00852CA8" w:rsidRPr="00EF1C43" w:rsidRDefault="00852CA8" w:rsidP="00B03F39">
      <w:pPr>
        <w:adjustRightInd w:val="0"/>
        <w:snapToGrid w:val="0"/>
        <w:spacing w:after="0" w:line="220" w:lineRule="exact"/>
        <w:ind w:firstLineChars="1100" w:firstLine="2310"/>
        <w:rPr>
          <w:rFonts w:ascii="ＭＳ 明朝" w:eastAsia="ＭＳ 明朝" w:hAnsi="ＭＳ 明朝"/>
          <w:sz w:val="21"/>
          <w:szCs w:val="21"/>
        </w:rPr>
      </w:pPr>
      <w:proofErr w:type="spellStart"/>
      <w:r w:rsidRPr="00EF1C43">
        <w:rPr>
          <w:rFonts w:ascii="ＭＳ 明朝" w:eastAsia="ＭＳ 明朝" w:hAnsi="ＭＳ 明朝" w:hint="eastAsia"/>
          <w:sz w:val="21"/>
          <w:szCs w:val="21"/>
        </w:rPr>
        <w:t>申出者</w:t>
      </w:r>
      <w:proofErr w:type="spellEnd"/>
    </w:p>
    <w:p w14:paraId="363DCCF4" w14:textId="256846C5" w:rsidR="00852CA8" w:rsidRPr="00EF1C43" w:rsidRDefault="00852CA8" w:rsidP="00B03F39">
      <w:pPr>
        <w:adjustRightInd w:val="0"/>
        <w:snapToGrid w:val="0"/>
        <w:spacing w:after="0" w:line="220" w:lineRule="exact"/>
        <w:ind w:firstLineChars="1100" w:firstLine="2310"/>
        <w:rPr>
          <w:rFonts w:ascii="ＭＳ 明朝" w:eastAsia="ＭＳ 明朝" w:hAnsi="ＭＳ 明朝"/>
          <w:sz w:val="21"/>
          <w:szCs w:val="21"/>
        </w:rPr>
      </w:pPr>
      <w:r w:rsidRPr="00EF1C43">
        <w:rPr>
          <w:rFonts w:ascii="ＭＳ 明朝" w:eastAsia="ＭＳ 明朝" w:hAnsi="ＭＳ 明朝" w:hint="eastAsia"/>
          <w:sz w:val="21"/>
          <w:szCs w:val="21"/>
        </w:rPr>
        <w:t>住</w:t>
      </w:r>
      <w:r w:rsidRPr="00EF1C43">
        <w:rPr>
          <w:rFonts w:ascii="ＭＳ 明朝" w:eastAsia="ＭＳ 明朝" w:hAnsi="ＭＳ 明朝" w:hint="eastAsia"/>
          <w:sz w:val="21"/>
          <w:szCs w:val="21"/>
          <w:lang w:eastAsia="ja-JP"/>
        </w:rPr>
        <w:t xml:space="preserve">　</w:t>
      </w:r>
      <w:r w:rsidRPr="00EF1C43">
        <w:rPr>
          <w:rFonts w:ascii="ＭＳ 明朝" w:eastAsia="ＭＳ 明朝" w:hAnsi="ＭＳ 明朝" w:hint="eastAsia"/>
          <w:sz w:val="21"/>
          <w:szCs w:val="21"/>
        </w:rPr>
        <w:t>所</w:t>
      </w:r>
      <w:r w:rsidR="001C1094">
        <w:rPr>
          <w:rFonts w:ascii="ＭＳ 明朝" w:eastAsia="ＭＳ 明朝" w:hAnsi="ＭＳ 明朝" w:hint="eastAsia"/>
          <w:sz w:val="21"/>
          <w:szCs w:val="21"/>
          <w:lang w:eastAsia="ja-JP"/>
        </w:rPr>
        <w:t>：</w:t>
      </w:r>
      <w:r w:rsidR="00350293" w:rsidRPr="00EF1C43">
        <w:rPr>
          <w:rFonts w:ascii="ＭＳ 明朝" w:eastAsia="ＭＳ 明朝" w:hAnsi="ＭＳ 明朝" w:hint="eastAsia"/>
          <w:sz w:val="21"/>
          <w:szCs w:val="21"/>
          <w:lang w:eastAsia="ja-JP"/>
        </w:rPr>
        <w:t>富士河口湖町</w:t>
      </w:r>
    </w:p>
    <w:p w14:paraId="7BEC8D25" w14:textId="1DC1DB39" w:rsidR="00852CA8" w:rsidRPr="00EF1C43" w:rsidRDefault="00852CA8" w:rsidP="00B03F39">
      <w:pPr>
        <w:adjustRightInd w:val="0"/>
        <w:snapToGrid w:val="0"/>
        <w:spacing w:after="0" w:line="220" w:lineRule="exact"/>
        <w:ind w:firstLineChars="1100" w:firstLine="2310"/>
        <w:rPr>
          <w:rFonts w:ascii="ＭＳ 明朝" w:eastAsia="ＭＳ 明朝" w:hAnsi="ＭＳ 明朝"/>
          <w:sz w:val="21"/>
          <w:szCs w:val="21"/>
        </w:rPr>
      </w:pPr>
      <w:r w:rsidRPr="00EF1C43">
        <w:rPr>
          <w:rFonts w:ascii="ＭＳ 明朝" w:eastAsia="ＭＳ 明朝" w:hAnsi="ＭＳ 明朝" w:hint="eastAsia"/>
          <w:sz w:val="21"/>
          <w:szCs w:val="21"/>
        </w:rPr>
        <w:t>氏</w:t>
      </w:r>
      <w:r w:rsidRPr="00EF1C43">
        <w:rPr>
          <w:rFonts w:ascii="ＭＳ 明朝" w:eastAsia="ＭＳ 明朝" w:hAnsi="ＭＳ 明朝" w:hint="eastAsia"/>
          <w:sz w:val="21"/>
          <w:szCs w:val="21"/>
          <w:lang w:eastAsia="ja-JP"/>
        </w:rPr>
        <w:t xml:space="preserve">　</w:t>
      </w:r>
      <w:r w:rsidRPr="00EF1C43">
        <w:rPr>
          <w:rFonts w:ascii="ＭＳ 明朝" w:eastAsia="ＭＳ 明朝" w:hAnsi="ＭＳ 明朝" w:hint="eastAsia"/>
          <w:sz w:val="21"/>
          <w:szCs w:val="21"/>
        </w:rPr>
        <w:t>名</w:t>
      </w:r>
      <w:r w:rsidR="001C1094">
        <w:rPr>
          <w:rFonts w:ascii="ＭＳ 明朝" w:eastAsia="ＭＳ 明朝" w:hAnsi="ＭＳ 明朝" w:hint="eastAsia"/>
          <w:sz w:val="21"/>
          <w:szCs w:val="21"/>
          <w:lang w:eastAsia="ja-JP"/>
        </w:rPr>
        <w:t>：</w:t>
      </w:r>
      <w:r w:rsidRPr="00EF1C43">
        <w:rPr>
          <w:rFonts w:ascii="ＭＳ 明朝" w:eastAsia="ＭＳ 明朝" w:hAnsi="ＭＳ 明朝" w:hint="eastAsia"/>
          <w:sz w:val="21"/>
          <w:szCs w:val="21"/>
        </w:rPr>
        <w:t xml:space="preserve">　　　　　　　　　　</w:t>
      </w:r>
      <w:r w:rsidRPr="00EF1C43">
        <w:rPr>
          <w:rFonts w:ascii="ＭＳ 明朝" w:eastAsia="ＭＳ 明朝" w:hAnsi="ＭＳ 明朝" w:hint="eastAsia"/>
          <w:sz w:val="21"/>
          <w:szCs w:val="21"/>
          <w:lang w:eastAsia="ja-JP"/>
        </w:rPr>
        <w:t xml:space="preserve">　　　　　　　　</w:t>
      </w:r>
      <w:r w:rsidR="00B03F39" w:rsidRPr="00EF1C43">
        <w:rPr>
          <w:rFonts w:ascii="ＭＳ 明朝" w:eastAsia="ＭＳ 明朝" w:hAnsi="ＭＳ 明朝" w:hint="eastAsia"/>
          <w:sz w:val="21"/>
          <w:szCs w:val="21"/>
          <w:lang w:eastAsia="ja-JP"/>
        </w:rPr>
        <w:t xml:space="preserve"> </w:t>
      </w:r>
      <w:r w:rsidRPr="00EF1C43">
        <w:rPr>
          <w:rFonts w:ascii="ＭＳ 明朝" w:eastAsia="ＭＳ 明朝" w:hAnsi="ＭＳ 明朝" w:hint="eastAsia"/>
          <w:sz w:val="21"/>
          <w:szCs w:val="21"/>
        </w:rPr>
        <w:t xml:space="preserve">　</w:t>
      </w:r>
      <w:r w:rsidRPr="00EF1C43">
        <w:rPr>
          <w:rFonts w:ascii="ＭＳ 明朝" w:eastAsia="ＭＳ 明朝" w:hAnsi="ＭＳ 明朝" w:hint="eastAsia"/>
          <w:sz w:val="21"/>
          <w:szCs w:val="21"/>
          <w:lang w:eastAsia="ja-JP"/>
        </w:rPr>
        <w:t xml:space="preserve">　</w:t>
      </w:r>
      <w:r w:rsidRPr="00EF1C43">
        <w:rPr>
          <w:rFonts w:ascii="ＭＳ 明朝" w:eastAsia="ＭＳ 明朝" w:hAnsi="ＭＳ 明朝" w:hint="eastAsia"/>
          <w:sz w:val="21"/>
          <w:szCs w:val="21"/>
        </w:rPr>
        <w:t xml:space="preserve">　印</w:t>
      </w:r>
    </w:p>
    <w:p w14:paraId="3CEFC2D9" w14:textId="672C5AE9" w:rsidR="00852CA8" w:rsidRPr="00EF1C43" w:rsidRDefault="00852CA8" w:rsidP="00B03F39">
      <w:pPr>
        <w:adjustRightInd w:val="0"/>
        <w:snapToGrid w:val="0"/>
        <w:spacing w:after="0" w:line="220" w:lineRule="exact"/>
        <w:rPr>
          <w:rFonts w:ascii="ＭＳ 明朝" w:eastAsia="ＭＳ 明朝" w:hAnsi="ＭＳ 明朝"/>
          <w:sz w:val="21"/>
          <w:szCs w:val="21"/>
        </w:rPr>
      </w:pPr>
    </w:p>
    <w:p w14:paraId="5512C2CB" w14:textId="77777777" w:rsidR="00852CA8" w:rsidRPr="00EF1C43" w:rsidRDefault="00852CA8" w:rsidP="00B03F39">
      <w:pPr>
        <w:adjustRightInd w:val="0"/>
        <w:snapToGrid w:val="0"/>
        <w:spacing w:after="0" w:line="220" w:lineRule="exact"/>
        <w:ind w:firstLineChars="1100" w:firstLine="2310"/>
        <w:rPr>
          <w:rFonts w:ascii="ＭＳ 明朝" w:eastAsia="ＭＳ 明朝" w:hAnsi="ＭＳ 明朝"/>
          <w:sz w:val="21"/>
          <w:szCs w:val="21"/>
        </w:rPr>
      </w:pPr>
      <w:r w:rsidRPr="00EF1C43">
        <w:rPr>
          <w:rFonts w:ascii="ＭＳ 明朝" w:eastAsia="ＭＳ 明朝" w:hAnsi="ＭＳ 明朝" w:hint="eastAsia"/>
          <w:sz w:val="21"/>
          <w:szCs w:val="21"/>
        </w:rPr>
        <w:t>転用事業者</w:t>
      </w:r>
    </w:p>
    <w:p w14:paraId="4BC7B5EB" w14:textId="2C6FBB0D" w:rsidR="00852CA8" w:rsidRPr="00EF1C43" w:rsidRDefault="001C1094" w:rsidP="00210F55">
      <w:pPr>
        <w:adjustRightInd w:val="0"/>
        <w:snapToGrid w:val="0"/>
        <w:spacing w:after="0" w:line="240" w:lineRule="auto"/>
        <w:ind w:firstLineChars="1100" w:firstLine="2310"/>
        <w:rPr>
          <w:rFonts w:ascii="ＭＳ 明朝" w:eastAsia="ＭＳ 明朝" w:hAnsi="ＭＳ 明朝"/>
          <w:sz w:val="21"/>
          <w:szCs w:val="21"/>
        </w:rPr>
      </w:pPr>
      <w:r>
        <w:rPr>
          <w:rFonts w:ascii="ＭＳ 明朝" w:eastAsia="ＭＳ 明朝" w:hAnsi="ＭＳ 明朝" w:hint="eastAsia"/>
          <w:sz w:val="21"/>
          <w:szCs w:val="21"/>
          <w:lang w:eastAsia="ja-JP"/>
        </w:rPr>
        <w:t>所在地：</w:t>
      </w:r>
      <w:r w:rsidR="00210F55" w:rsidRPr="00EF1C43">
        <w:rPr>
          <w:rFonts w:ascii="ＭＳ 明朝" w:eastAsia="ＭＳ 明朝" w:hAnsi="ＭＳ 明朝" w:hint="eastAsia"/>
          <w:sz w:val="21"/>
          <w:szCs w:val="21"/>
          <w:lang w:eastAsia="ja-JP"/>
        </w:rPr>
        <w:t>富士河口湖町</w:t>
      </w:r>
    </w:p>
    <w:p w14:paraId="479ADFD9" w14:textId="1E484702" w:rsidR="00852CA8" w:rsidRPr="00EF1C43" w:rsidRDefault="001C1094" w:rsidP="00210F55">
      <w:pPr>
        <w:adjustRightInd w:val="0"/>
        <w:snapToGrid w:val="0"/>
        <w:spacing w:after="0" w:line="240" w:lineRule="auto"/>
        <w:ind w:firstLineChars="1100" w:firstLine="2310"/>
        <w:rPr>
          <w:rFonts w:ascii="ＭＳ 明朝" w:eastAsia="ＭＳ 明朝" w:hAnsi="ＭＳ 明朝"/>
          <w:sz w:val="21"/>
          <w:szCs w:val="21"/>
        </w:rPr>
      </w:pPr>
      <w:r>
        <w:rPr>
          <w:rFonts w:ascii="ＭＳ 明朝" w:eastAsia="ＭＳ 明朝" w:hAnsi="ＭＳ 明朝" w:hint="eastAsia"/>
          <w:sz w:val="21"/>
          <w:szCs w:val="21"/>
          <w:lang w:eastAsia="ja-JP"/>
        </w:rPr>
        <w:t>名称：</w:t>
      </w:r>
      <w:r w:rsidR="00350293" w:rsidRPr="00EF1C43">
        <w:rPr>
          <w:rFonts w:ascii="ＭＳ 明朝" w:eastAsia="ＭＳ 明朝" w:hAnsi="ＭＳ 明朝" w:hint="eastAsia"/>
          <w:sz w:val="21"/>
          <w:szCs w:val="21"/>
          <w:lang w:eastAsia="ja-JP"/>
        </w:rPr>
        <w:t xml:space="preserve">　</w:t>
      </w:r>
    </w:p>
    <w:p w14:paraId="6FC56444" w14:textId="55D8DF5B" w:rsidR="009167AD" w:rsidRPr="00EF1C43" w:rsidRDefault="00852CA8" w:rsidP="00210F55">
      <w:pPr>
        <w:adjustRightInd w:val="0"/>
        <w:snapToGrid w:val="0"/>
        <w:spacing w:after="0" w:line="240" w:lineRule="auto"/>
        <w:ind w:firstLineChars="1100" w:firstLine="2310"/>
        <w:rPr>
          <w:rFonts w:ascii="ＭＳ 明朝" w:eastAsia="ＭＳ 明朝" w:hAnsi="ＭＳ 明朝"/>
          <w:sz w:val="21"/>
          <w:szCs w:val="21"/>
        </w:rPr>
      </w:pPr>
      <w:proofErr w:type="spellStart"/>
      <w:r w:rsidRPr="00EF1C43">
        <w:rPr>
          <w:rFonts w:ascii="ＭＳ 明朝" w:eastAsia="ＭＳ 明朝" w:hAnsi="ＭＳ 明朝" w:hint="eastAsia"/>
          <w:sz w:val="21"/>
          <w:szCs w:val="21"/>
        </w:rPr>
        <w:t>代表者名</w:t>
      </w:r>
      <w:proofErr w:type="spellEnd"/>
      <w:r w:rsidR="001C1094">
        <w:rPr>
          <w:rFonts w:ascii="ＭＳ 明朝" w:eastAsia="ＭＳ 明朝" w:hAnsi="ＭＳ 明朝" w:hint="eastAsia"/>
          <w:sz w:val="21"/>
          <w:szCs w:val="21"/>
          <w:lang w:eastAsia="ja-JP"/>
        </w:rPr>
        <w:t>：</w:t>
      </w:r>
      <w:r w:rsidR="00350293" w:rsidRPr="00EF1C43">
        <w:rPr>
          <w:rFonts w:ascii="ＭＳ 明朝" w:eastAsia="ＭＳ 明朝" w:hAnsi="ＭＳ 明朝" w:hint="eastAsia"/>
          <w:sz w:val="21"/>
          <w:szCs w:val="21"/>
          <w:lang w:eastAsia="ja-JP"/>
        </w:rPr>
        <w:t xml:space="preserve">　</w:t>
      </w:r>
      <w:r w:rsidR="00210F55">
        <w:rPr>
          <w:rFonts w:ascii="ＭＳ 明朝" w:eastAsia="ＭＳ 明朝" w:hAnsi="ＭＳ 明朝" w:hint="eastAsia"/>
          <w:sz w:val="21"/>
          <w:szCs w:val="21"/>
          <w:lang w:eastAsia="ja-JP"/>
        </w:rPr>
        <w:t xml:space="preserve">　　　　　</w:t>
      </w:r>
      <w:r w:rsidR="00350293" w:rsidRPr="00EF1C43">
        <w:rPr>
          <w:rFonts w:ascii="ＭＳ 明朝" w:eastAsia="ＭＳ 明朝" w:hAnsi="ＭＳ 明朝" w:hint="eastAsia"/>
          <w:sz w:val="21"/>
          <w:szCs w:val="21"/>
          <w:lang w:eastAsia="ja-JP"/>
        </w:rPr>
        <w:t xml:space="preserve"> 　</w:t>
      </w:r>
      <w:r w:rsidRPr="00EF1C43">
        <w:rPr>
          <w:rFonts w:ascii="ＭＳ 明朝" w:eastAsia="ＭＳ 明朝" w:hAnsi="ＭＳ 明朝" w:hint="eastAsia"/>
          <w:sz w:val="21"/>
          <w:szCs w:val="21"/>
          <w:lang w:eastAsia="ja-JP"/>
        </w:rPr>
        <w:t xml:space="preserve">　　</w:t>
      </w:r>
      <w:r w:rsidRPr="00EF1C43">
        <w:rPr>
          <w:rFonts w:ascii="ＭＳ 明朝" w:eastAsia="ＭＳ 明朝" w:hAnsi="ＭＳ 明朝" w:hint="eastAsia"/>
          <w:sz w:val="21"/>
          <w:szCs w:val="21"/>
        </w:rPr>
        <w:t xml:space="preserve">　　　　　　　　</w:t>
      </w:r>
      <w:r w:rsidRPr="00EF1C43">
        <w:rPr>
          <w:rFonts w:ascii="ＭＳ 明朝" w:eastAsia="ＭＳ 明朝" w:hAnsi="ＭＳ 明朝" w:hint="eastAsia"/>
          <w:sz w:val="21"/>
          <w:szCs w:val="21"/>
          <w:lang w:eastAsia="ja-JP"/>
        </w:rPr>
        <w:t xml:space="preserve">　</w:t>
      </w:r>
      <w:r w:rsidRPr="00EF1C43">
        <w:rPr>
          <w:rFonts w:ascii="ＭＳ 明朝" w:eastAsia="ＭＳ 明朝" w:hAnsi="ＭＳ 明朝" w:hint="eastAsia"/>
          <w:sz w:val="21"/>
          <w:szCs w:val="21"/>
        </w:rPr>
        <w:t xml:space="preserve">　　印</w:t>
      </w:r>
    </w:p>
    <w:sectPr w:rsidR="009167AD" w:rsidRPr="00EF1C43" w:rsidSect="007859A0">
      <w:pgSz w:w="12240" w:h="15840" w:code="1"/>
      <w:pgMar w:top="1134"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3B93A" w14:textId="77777777" w:rsidR="001C1094" w:rsidRDefault="001C1094" w:rsidP="001C1094">
      <w:pPr>
        <w:spacing w:after="0" w:line="240" w:lineRule="auto"/>
      </w:pPr>
      <w:r>
        <w:separator/>
      </w:r>
    </w:p>
  </w:endnote>
  <w:endnote w:type="continuationSeparator" w:id="0">
    <w:p w14:paraId="65FEFC57" w14:textId="77777777" w:rsidR="001C1094" w:rsidRDefault="001C1094" w:rsidP="001C10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DE3B4" w14:textId="77777777" w:rsidR="001C1094" w:rsidRDefault="001C1094" w:rsidP="001C1094">
      <w:pPr>
        <w:spacing w:after="0" w:line="240" w:lineRule="auto"/>
      </w:pPr>
      <w:r>
        <w:separator/>
      </w:r>
    </w:p>
  </w:footnote>
  <w:footnote w:type="continuationSeparator" w:id="0">
    <w:p w14:paraId="0862B324" w14:textId="77777777" w:rsidR="001C1094" w:rsidRDefault="001C1094" w:rsidP="001C10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720"/>
  <w:characterSpacingControl w:val="doNotCompress"/>
  <w:hdrShapeDefaults>
    <o:shapedefaults v:ext="edit" spidmax="8193">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1636"/>
    <w:rsid w:val="0015074B"/>
    <w:rsid w:val="001C1094"/>
    <w:rsid w:val="00210F55"/>
    <w:rsid w:val="00291036"/>
    <w:rsid w:val="0029639D"/>
    <w:rsid w:val="003124D4"/>
    <w:rsid w:val="00326F90"/>
    <w:rsid w:val="00350293"/>
    <w:rsid w:val="003A3556"/>
    <w:rsid w:val="0040416C"/>
    <w:rsid w:val="004617F5"/>
    <w:rsid w:val="00476CF1"/>
    <w:rsid w:val="007859A0"/>
    <w:rsid w:val="00852CA8"/>
    <w:rsid w:val="009167AD"/>
    <w:rsid w:val="00AA1D8D"/>
    <w:rsid w:val="00B03F39"/>
    <w:rsid w:val="00B47730"/>
    <w:rsid w:val="00C8625E"/>
    <w:rsid w:val="00CB0664"/>
    <w:rsid w:val="00DF303B"/>
    <w:rsid w:val="00E0556A"/>
    <w:rsid w:val="00EF1C4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v:textbox inset="5.85pt,.7pt,5.85pt,.7pt"/>
    </o:shapedefaults>
    <o:shapelayout v:ext="edit">
      <o:idmap v:ext="edit" data="1"/>
    </o:shapelayout>
  </w:shapeDefaults>
  <w:decimalSymbol w:val="."/>
  <w:listSeparator w:val=","/>
  <w14:docId w14:val="7B5AD7BC"/>
  <w14:defaultImageDpi w14:val="300"/>
  <w15:docId w15:val="{5E505D8A-5289-463F-AA03-A6589E197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137</Words>
  <Characters>782</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小佐野才史</cp:lastModifiedBy>
  <cp:revision>19</cp:revision>
  <cp:lastPrinted>2026-07-08T05:50:00Z</cp:lastPrinted>
  <dcterms:created xsi:type="dcterms:W3CDTF">2013-12-23T23:15:00Z</dcterms:created>
  <dcterms:modified xsi:type="dcterms:W3CDTF">2026-07-16T00:28:00Z</dcterms:modified>
  <cp:category/>
</cp:coreProperties>
</file>